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北大東村地域おこし協力隊応募申込書</w:t>
      </w:r>
    </w:p>
    <w:p>
      <w:pPr>
        <w:spacing w:before="0" w:after="120" w:line="252" w:lineRule="auto"/>
        <w:jc w:val="right"/>
      </w:pPr>
      <w:r>
        <w:rPr>
          <w:rFonts w:ascii="Noto Sans JP" w:hAnsi="Noto Sans JP" w:eastAsia="Noto Sans JP"/>
          <w:b w:val="0"/>
          <w:color w:val="000000"/>
          <w:sz w:val="21"/>
        </w:rPr>
        <w:t>提出日  令和　　 年　　 月　　 日</w:t>
      </w:r>
    </w:p>
    <w:p>
      <w:pPr>
        <w:spacing w:before="0" w:after="160" w:line="259" w:lineRule="auto"/>
      </w:pPr>
      <w:r>
        <w:rPr>
          <w:rFonts w:ascii="Noto Sans JP" w:hAnsi="Noto Sans JP" w:eastAsia="Noto Sans JP"/>
          <w:b w:val="0"/>
          <w:color w:val="4A545B"/>
          <w:sz w:val="18"/>
        </w:rPr>
        <w:t>募集要項を確認のうえ、必要事項を記入してください。選択項目は該当する□にチェックを付けてください。</w:t>
      </w:r>
    </w:p>
    <w:p>
      <w:pPr>
        <w:keepNext/>
        <w:spacing w:before="70" w:after="70" w:line="252" w:lineRule="auto"/>
        <w:shd w:fill="DCEAF2"/>
        <w:ind w:left="140" w:right="100"/>
      </w:pPr>
      <w:r>
        <w:rPr>
          <w:rFonts w:ascii="Noto Sans JP" w:hAnsi="Noto Sans JP" w:eastAsia="Noto Sans JP"/>
          <w:b/>
          <w:color w:val="000000"/>
          <w:sz w:val="25"/>
        </w:rPr>
        <w:t>1  応募内容</w:t>
      </w:r>
    </w:p>
    <w:tbl>
      <w:tblPr>
        <w:tblW w:type="auto" w:w="0"/>
        <w:jc w:val="center"/>
        <w:tblLayout w:type="fixed"/>
        <w:tblLook w:firstColumn="1" w:firstRow="1" w:lastColumn="0" w:lastRow="0" w:noHBand="0" w:noVBand="1" w:val="04A0"/>
        <w:tblBorders>
          <w:top w:val="single" w:sz="8" w:space="0" w:color="D9E1E5"/>
          <w:left w:val="single" w:sz="8" w:space="0" w:color="D9E1E5"/>
          <w:bottom w:val="single" w:sz="8" w:space="0" w:color="D9E1E5"/>
          <w:right w:val="single" w:sz="8" w:space="0" w:color="D9E1E5"/>
          <w:insideH w:val="single" w:sz="8" w:space="0" w:color="D9E1E5"/>
          <w:insideV w:val="single" w:sz="8" w:space="0" w:color="D9E1E5"/>
        </w:tblBorders>
      </w:tblPr>
      <w:tblGrid>
        <w:gridCol w:w="4989"/>
        <w:gridCol w:w="4989"/>
      </w:tblGrid>
      <w:tr>
        <w:trPr>
          <w:cantSplit/>
          <w:trHeight w:val="560" w:hRule="atLeast"/>
        </w:trPr>
        <w:tc>
          <w:tcPr>
            <w:tcW w:type="dxa" w:w="1927"/>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希望採用年度</w:t>
            </w:r>
          </w:p>
        </w:tc>
        <w:tc>
          <w:tcPr>
            <w:tcW w:type="dxa" w:w="7881"/>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20"/>
              </w:rPr>
              <w:t>□ 令和8年度採用　　□ 令和9年度採用　　□ どちらも可</w:t>
            </w:r>
          </w:p>
        </w:tc>
      </w:tr>
      <w:tr>
        <w:trPr>
          <w:cantSplit/>
          <w:trHeight w:val="560" w:hRule="atLeast"/>
        </w:trPr>
        <w:tc>
          <w:tcPr>
            <w:tcW w:type="dxa" w:w="1927"/>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第1希望</w:t>
            </w:r>
          </w:p>
        </w:tc>
        <w:tc>
          <w:tcPr>
            <w:tcW w:type="dxa" w:w="7881"/>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20"/>
              </w:rPr>
              <w:t>□ A 総合型人材  観光受入・拠点運営担当</w:t>
              <w:br/>
              <w:t>□ B 専門型人材  Webマーケティング・販路開拓担当</w:t>
            </w:r>
          </w:p>
        </w:tc>
      </w:tr>
      <w:tr>
        <w:trPr>
          <w:cantSplit/>
          <w:trHeight w:val="560" w:hRule="atLeast"/>
        </w:trPr>
        <w:tc>
          <w:tcPr>
            <w:tcW w:type="dxa" w:w="1927"/>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第2希望 任意</w:t>
            </w:r>
          </w:p>
        </w:tc>
        <w:tc>
          <w:tcPr>
            <w:tcW w:type="dxa" w:w="7881"/>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20"/>
              </w:rPr>
              <w:t>□ A 総合型人材  観光受入・拠点運営担当</w:t>
              <w:br/>
              <w:t>□ B 専門型人材  Webマーケティング・販路開拓担当　　□ 希望なし</w:t>
            </w:r>
          </w:p>
        </w:tc>
      </w:tr>
    </w:tbl>
    <w:p>
      <w:pPr>
        <w:keepNext/>
        <w:spacing w:before="70" w:after="70" w:line="252" w:lineRule="auto"/>
        <w:shd w:fill="DCEAF2"/>
        <w:ind w:left="140" w:right="100"/>
      </w:pPr>
      <w:r>
        <w:rPr>
          <w:rFonts w:ascii="Noto Sans JP" w:hAnsi="Noto Sans JP" w:eastAsia="Noto Sans JP"/>
          <w:b/>
          <w:color w:val="000000"/>
          <w:sz w:val="25"/>
        </w:rPr>
        <w:t>2  基本情報</w:t>
      </w:r>
    </w:p>
    <w:tbl>
      <w:tblPr>
        <w:tblW w:type="auto" w:w="0"/>
        <w:jc w:val="center"/>
        <w:tblLayout w:type="fixed"/>
        <w:tblLook w:firstColumn="1" w:firstRow="1" w:lastColumn="0" w:lastRow="0" w:noHBand="0" w:noVBand="1" w:val="04A0"/>
        <w:tblBorders>
          <w:top w:val="single" w:sz="8" w:space="0" w:color="D9E1E5"/>
          <w:left w:val="single" w:sz="8" w:space="0" w:color="D9E1E5"/>
          <w:bottom w:val="single" w:sz="8" w:space="0" w:color="D9E1E5"/>
          <w:right w:val="single" w:sz="8" w:space="0" w:color="D9E1E5"/>
          <w:insideH w:val="single" w:sz="8" w:space="0" w:color="D9E1E5"/>
          <w:insideV w:val="single" w:sz="8" w:space="0" w:color="D9E1E5"/>
        </w:tblBorders>
      </w:tblPr>
      <w:tblGrid>
        <w:gridCol w:w="2494"/>
        <w:gridCol w:w="2494"/>
        <w:gridCol w:w="2494"/>
        <w:gridCol w:w="2494"/>
      </w:tblGrid>
      <w:tr>
        <w:trPr>
          <w:cantSplit/>
          <w:trHeight w:val="500" w:hRule="atLeast"/>
        </w:trPr>
        <w:tc>
          <w:tcPr>
            <w:tcW w:type="dxa" w:w="1757"/>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ふりがな</w:t>
            </w:r>
          </w:p>
        </w:tc>
        <w:tc>
          <w:tcPr>
            <w:tcW w:type="dxa" w:w="3402"/>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20"/>
              </w:rPr>
            </w:r>
          </w:p>
        </w:tc>
        <w:tc>
          <w:tcPr>
            <w:tcW w:type="dxa" w:w="1417"/>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氏名</w:t>
            </w:r>
          </w:p>
        </w:tc>
        <w:tc>
          <w:tcPr>
            <w:tcW w:type="dxa" w:w="3231"/>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20"/>
              </w:rPr>
            </w:r>
          </w:p>
        </w:tc>
      </w:tr>
      <w:tr>
        <w:trPr>
          <w:cantSplit/>
          <w:trHeight w:val="500" w:hRule="atLeast"/>
        </w:trPr>
        <w:tc>
          <w:tcPr>
            <w:tcW w:type="dxa" w:w="1757"/>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生年月日</w:t>
            </w:r>
          </w:p>
        </w:tc>
        <w:tc>
          <w:tcPr>
            <w:tcW w:type="dxa" w:w="4819"/>
            <w:gridSpan w:val="2"/>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20"/>
              </w:rPr>
              <w:t>昭和・平成　　 年　　 月　　 日生</w:t>
            </w:r>
          </w:p>
        </w:tc>
        <w:tc>
          <w:tcPr>
            <w:tcW w:type="dxa" w:w="3231"/>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20"/>
              </w:rPr>
              <w:t>満　　 歳</w:t>
            </w:r>
          </w:p>
        </w:tc>
      </w:tr>
      <w:tr>
        <w:trPr>
          <w:cantSplit/>
          <w:trHeight w:val="500" w:hRule="atLeast"/>
        </w:trPr>
        <w:tc>
          <w:tcPr>
            <w:tcW w:type="dxa" w:w="1757"/>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現住所</w:t>
            </w:r>
          </w:p>
        </w:tc>
        <w:tc>
          <w:tcPr>
            <w:tcW w:type="dxa" w:w="8050"/>
            <w:gridSpan w:val="3"/>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20"/>
              </w:rPr>
              <w:t>〒</w:t>
            </w:r>
          </w:p>
        </w:tc>
      </w:tr>
      <w:tr>
        <w:trPr>
          <w:cantSplit/>
          <w:trHeight w:val="500" w:hRule="atLeast"/>
        </w:trPr>
        <w:tc>
          <w:tcPr>
            <w:tcW w:type="dxa" w:w="1757"/>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住民票所在地</w:t>
            </w:r>
          </w:p>
        </w:tc>
        <w:tc>
          <w:tcPr>
            <w:tcW w:type="dxa" w:w="8050"/>
            <w:gridSpan w:val="3"/>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20"/>
              </w:rPr>
              <w:t>□ 現住所と同じ　　□ 異なる  都道府県・市区町村名：</w:t>
            </w:r>
          </w:p>
        </w:tc>
      </w:tr>
      <w:tr>
        <w:trPr>
          <w:cantSplit/>
          <w:trHeight w:val="500" w:hRule="atLeast"/>
        </w:trPr>
        <w:tc>
          <w:tcPr>
            <w:tcW w:type="dxa" w:w="1757"/>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電話番号</w:t>
            </w:r>
          </w:p>
        </w:tc>
        <w:tc>
          <w:tcPr>
            <w:tcW w:type="dxa" w:w="3402"/>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20"/>
              </w:rPr>
            </w:r>
          </w:p>
        </w:tc>
        <w:tc>
          <w:tcPr>
            <w:tcW w:type="dxa" w:w="1417"/>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メール</w:t>
            </w:r>
          </w:p>
        </w:tc>
        <w:tc>
          <w:tcPr>
            <w:tcW w:type="dxa" w:w="3231"/>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20"/>
              </w:rPr>
            </w:r>
          </w:p>
        </w:tc>
      </w:tr>
      <w:tr>
        <w:trPr>
          <w:cantSplit/>
          <w:trHeight w:val="500" w:hRule="atLeast"/>
        </w:trPr>
        <w:tc>
          <w:tcPr>
            <w:tcW w:type="dxa" w:w="1757"/>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現職等</w:t>
            </w:r>
          </w:p>
        </w:tc>
        <w:tc>
          <w:tcPr>
            <w:tcW w:type="dxa" w:w="8050"/>
            <w:gridSpan w:val="3"/>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20"/>
              </w:rPr>
              <w:t>□ 会社員等　□ 自営業　□ 学生　□ 求職中　□ その他（　　　　　　　　　）</w:t>
            </w:r>
          </w:p>
        </w:tc>
      </w:tr>
      <w:tr>
        <w:trPr>
          <w:cantSplit/>
          <w:trHeight w:val="500" w:hRule="atLeast"/>
        </w:trPr>
        <w:tc>
          <w:tcPr>
            <w:tcW w:type="dxa" w:w="1757"/>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入居予定人数</w:t>
            </w:r>
          </w:p>
        </w:tc>
        <w:tc>
          <w:tcPr>
            <w:tcW w:type="dxa" w:w="3402"/>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20"/>
              </w:rPr>
              <w:t>本人を含め　　 人</w:t>
            </w:r>
          </w:p>
        </w:tc>
        <w:tc>
          <w:tcPr>
            <w:tcW w:type="dxa" w:w="1417"/>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住居希望</w:t>
            </w:r>
          </w:p>
        </w:tc>
        <w:tc>
          <w:tcPr>
            <w:tcW w:type="dxa" w:w="3231"/>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20"/>
              </w:rPr>
              <w:t>□ 1K　□ 2LDK　□ 未定</w:t>
            </w:r>
          </w:p>
        </w:tc>
      </w:tr>
    </w:tbl>
    <w:p>
      <w:pPr>
        <w:spacing w:before="0" w:after="80" w:line="252" w:lineRule="auto"/>
      </w:pPr>
      <w:r>
        <w:rPr>
          <w:rFonts w:ascii="Noto Sans JP" w:hAnsi="Noto Sans JP" w:eastAsia="Noto Sans JP"/>
          <w:b w:val="0"/>
          <w:color w:val="4A545B"/>
          <w:sz w:val="17"/>
        </w:rPr>
        <w:t>※住居希望は入居を確約するものではありません。配慮が必要な事項は、選考や活動に必要な範囲で別紙に記載してください。</w:t>
      </w:r>
    </w:p>
    <w:p>
      <w:pPr>
        <w:keepNext/>
        <w:spacing w:before="70" w:after="70" w:line="252" w:lineRule="auto"/>
        <w:shd w:fill="DCEAF2"/>
        <w:ind w:left="140" w:right="100"/>
      </w:pPr>
      <w:r>
        <w:rPr>
          <w:rFonts w:ascii="Noto Sans JP" w:hAnsi="Noto Sans JP" w:eastAsia="Noto Sans JP"/>
          <w:b/>
          <w:color w:val="000000"/>
          <w:sz w:val="25"/>
        </w:rPr>
        <w:t>3  普通自動車運転免許</w:t>
      </w:r>
    </w:p>
    <w:tbl>
      <w:tblPr>
        <w:tblW w:type="auto" w:w="0"/>
        <w:jc w:val="center"/>
        <w:tblLayout w:type="fixed"/>
        <w:tblLook w:firstColumn="1" w:firstRow="1" w:lastColumn="0" w:lastRow="0" w:noHBand="0" w:noVBand="1" w:val="04A0"/>
        <w:tblBorders>
          <w:top w:val="single" w:sz="8" w:space="0" w:color="D9E1E5"/>
          <w:left w:val="single" w:sz="8" w:space="0" w:color="D9E1E5"/>
          <w:bottom w:val="single" w:sz="8" w:space="0" w:color="D9E1E5"/>
          <w:right w:val="single" w:sz="8" w:space="0" w:color="D9E1E5"/>
          <w:insideH w:val="single" w:sz="8" w:space="0" w:color="D9E1E5"/>
          <w:insideV w:val="single" w:sz="8" w:space="0" w:color="D9E1E5"/>
        </w:tblBorders>
      </w:tblPr>
      <w:tblGrid>
        <w:gridCol w:w="4989"/>
        <w:gridCol w:w="4989"/>
      </w:tblGrid>
      <w:tr>
        <w:trPr>
          <w:cantSplit/>
        </w:trPr>
        <w:tc>
          <w:tcPr>
            <w:tcW w:type="dxa" w:w="1927"/>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取得状況</w:t>
            </w:r>
          </w:p>
        </w:tc>
        <w:tc>
          <w:tcPr>
            <w:tcW w:type="dxa" w:w="7881"/>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20"/>
              </w:rPr>
              <w:t>□ 所持　□ 着任までに取得見込み　□ その他（　　　　　　　　　　　　）</w:t>
            </w:r>
          </w:p>
        </w:tc>
      </w:tr>
    </w:tbl>
    <w:p>
      <w:r>
        <w:br w:type="page"/>
      </w:r>
    </w:p>
    <w:p>
      <w:pPr>
        <w:spacing w:before="0" w:after="100" w:line="252" w:lineRule="auto"/>
      </w:pPr>
      <w:r>
        <w:rPr>
          <w:rFonts w:ascii="Noto Sans JP" w:hAnsi="Noto Sans JP" w:eastAsia="Noto Sans JP"/>
          <w:b/>
          <w:color w:val="000000"/>
          <w:sz w:val="30"/>
        </w:rPr>
        <w:t>応募資格と勤務条件の確認</w:t>
      </w:r>
    </w:p>
    <w:p>
      <w:pPr>
        <w:spacing w:before="0" w:after="80" w:line="252" w:lineRule="auto"/>
      </w:pPr>
      <w:r>
        <w:rPr>
          <w:rFonts w:ascii="Noto Sans JP" w:hAnsi="Noto Sans JP" w:eastAsia="Noto Sans JP"/>
          <w:b w:val="0"/>
          <w:color w:val="4A545B"/>
          <w:sz w:val="17"/>
        </w:rPr>
        <w:t>各項目を確認し、該当する欄にチェックを付けてください。地域要件の最終確認は北大東村が行います。</w:t>
      </w:r>
    </w:p>
    <w:p>
      <w:pPr>
        <w:keepNext/>
        <w:spacing w:before="70" w:after="70" w:line="252" w:lineRule="auto"/>
        <w:shd w:fill="DCEAF2"/>
        <w:ind w:left="140" w:right="100"/>
      </w:pPr>
      <w:r>
        <w:rPr>
          <w:rFonts w:ascii="Noto Sans JP" w:hAnsi="Noto Sans JP" w:eastAsia="Noto Sans JP"/>
          <w:b/>
          <w:color w:val="000000"/>
          <w:sz w:val="25"/>
        </w:rPr>
        <w:t>4  応募資格の自己確認</w:t>
      </w:r>
    </w:p>
    <w:tbl>
      <w:tblPr>
        <w:tblW w:type="auto" w:w="0"/>
        <w:jc w:val="center"/>
        <w:tblLayout w:type="fixed"/>
        <w:tblLook w:firstColumn="1" w:firstRow="1" w:lastColumn="0" w:lastRow="0" w:noHBand="0" w:noVBand="1" w:val="04A0"/>
        <w:tblBorders>
          <w:top w:val="single" w:sz="8" w:space="0" w:color="D9E1E5"/>
          <w:left w:val="single" w:sz="8" w:space="0" w:color="D9E1E5"/>
          <w:bottom w:val="single" w:sz="8" w:space="0" w:color="D9E1E5"/>
          <w:right w:val="single" w:sz="8" w:space="0" w:color="D9E1E5"/>
          <w:insideH w:val="single" w:sz="8" w:space="0" w:color="D9E1E5"/>
          <w:insideV w:val="single" w:sz="8" w:space="0" w:color="D9E1E5"/>
        </w:tblBorders>
      </w:tblPr>
      <w:tblGrid>
        <w:gridCol w:w="3326"/>
        <w:gridCol w:w="3326"/>
        <w:gridCol w:w="3326"/>
      </w:tblGrid>
      <w:tr>
        <w:trPr>
          <w:cantSplit/>
          <w:tblHeader w:val="true"/>
        </w:trPr>
        <w:tc>
          <w:tcPr>
            <w:tcW w:type="dxa" w:w="510"/>
            <w:tcMar>
              <w:top w:w="110" w:type="dxa"/>
              <w:start w:w="120" w:type="dxa"/>
              <w:bottom w:w="110" w:type="dxa"/>
              <w:end w:w="120" w:type="dxa"/>
            </w:tcMar>
            <w:shd w:fill="234A63"/>
            <w:vAlign w:val="center"/>
          </w:tcPr>
          <w:p>
            <w:pPr>
              <w:spacing w:before="0" w:after="0" w:line="259" w:lineRule="auto"/>
              <w:jc w:val="center"/>
            </w:pPr>
            <w:r/>
            <w:r>
              <w:rPr>
                <w:rFonts w:ascii="Noto Sans JP" w:hAnsi="Noto Sans JP" w:eastAsia="Noto Sans JP"/>
                <w:b/>
                <w:color w:val="FFFFFF"/>
                <w:sz w:val="18"/>
              </w:rPr>
              <w:t>No</w:t>
            </w:r>
          </w:p>
        </w:tc>
        <w:tc>
          <w:tcPr>
            <w:tcW w:type="dxa" w:w="7030"/>
            <w:tcMar>
              <w:top w:w="110" w:type="dxa"/>
              <w:start w:w="120" w:type="dxa"/>
              <w:bottom w:w="110" w:type="dxa"/>
              <w:end w:w="120" w:type="dxa"/>
            </w:tcMar>
            <w:shd w:fill="234A63"/>
            <w:vAlign w:val="center"/>
          </w:tcPr>
          <w:p>
            <w:pPr>
              <w:spacing w:before="0" w:after="0" w:line="259" w:lineRule="auto"/>
              <w:jc w:val="center"/>
            </w:pPr>
            <w:r/>
            <w:r>
              <w:rPr>
                <w:rFonts w:ascii="Noto Sans JP" w:hAnsi="Noto Sans JP" w:eastAsia="Noto Sans JP"/>
                <w:b/>
                <w:color w:val="FFFFFF"/>
                <w:sz w:val="18"/>
              </w:rPr>
              <w:t>確認事項</w:t>
            </w:r>
          </w:p>
        </w:tc>
        <w:tc>
          <w:tcPr>
            <w:tcW w:type="dxa" w:w="2268"/>
            <w:tcMar>
              <w:top w:w="110" w:type="dxa"/>
              <w:start w:w="120" w:type="dxa"/>
              <w:bottom w:w="110" w:type="dxa"/>
              <w:end w:w="120" w:type="dxa"/>
            </w:tcMar>
            <w:shd w:fill="234A63"/>
            <w:vAlign w:val="center"/>
          </w:tcPr>
          <w:p>
            <w:pPr>
              <w:spacing w:before="0" w:after="0" w:line="259" w:lineRule="auto"/>
              <w:jc w:val="center"/>
            </w:pPr>
            <w:r/>
            <w:r>
              <w:rPr>
                <w:rFonts w:ascii="Noto Sans JP" w:hAnsi="Noto Sans JP" w:eastAsia="Noto Sans JP"/>
                <w:b/>
                <w:color w:val="FFFFFF"/>
                <w:sz w:val="18"/>
              </w:rPr>
              <w:t>回答</w:t>
            </w:r>
          </w:p>
        </w:tc>
      </w:tr>
      <w:tr>
        <w:trPr>
          <w:trHeight w:val="470" w:hRule="atLeast"/>
        </w:trPr>
        <w:tc>
          <w:tcPr>
            <w:tcW w:type="dxa" w:w="3326"/>
            <w:vAlign w:val="center"/>
            <w:tcMar>
              <w:top w:w="110" w:type="dxa"/>
              <w:start w:w="120" w:type="dxa"/>
              <w:bottom w:w="110" w:type="dxa"/>
              <w:end w:w="120" w:type="dxa"/>
            </w:tcMar>
          </w:tcPr>
          <w:p>
            <w:pPr>
              <w:spacing w:before="0" w:after="0" w:line="259" w:lineRule="auto"/>
              <w:jc w:val="center"/>
            </w:pPr>
            <w:r/>
            <w:r>
              <w:rPr>
                <w:rFonts w:ascii="Noto Sans JP" w:hAnsi="Noto Sans JP" w:eastAsia="Noto Sans JP"/>
                <w:b w:val="0"/>
                <w:color w:val="000000"/>
                <w:sz w:val="20"/>
              </w:rPr>
              <w:t>1</w:t>
            </w:r>
          </w:p>
        </w:tc>
        <w:tc>
          <w:tcPr>
            <w:tcW w:type="dxa" w:w="3326"/>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8"/>
              </w:rPr>
              <w:t>地域おこし協力隊制度の地域要件を満たす</w:t>
            </w:r>
          </w:p>
        </w:tc>
        <w:tc>
          <w:tcPr>
            <w:tcW w:type="dxa" w:w="3326"/>
            <w:vAlign w:val="center"/>
            <w:tcMar>
              <w:top w:w="110" w:type="dxa"/>
              <w:start w:w="120" w:type="dxa"/>
              <w:bottom w:w="110" w:type="dxa"/>
              <w:end w:w="120" w:type="dxa"/>
            </w:tcMar>
          </w:tcPr>
          <w:p>
            <w:pPr>
              <w:spacing w:before="0" w:after="0" w:line="259" w:lineRule="auto"/>
              <w:jc w:val="center"/>
            </w:pPr>
            <w:r/>
            <w:r>
              <w:rPr>
                <w:rFonts w:ascii="Noto Sans JP" w:hAnsi="Noto Sans JP" w:eastAsia="Noto Sans JP"/>
                <w:b w:val="0"/>
                <w:color w:val="000000"/>
                <w:sz w:val="18"/>
              </w:rPr>
              <w:t>□ 該当　□ 確認希望</w:t>
            </w:r>
          </w:p>
        </w:tc>
      </w:tr>
      <w:tr>
        <w:trPr>
          <w:trHeight w:val="470" w:hRule="atLeast"/>
        </w:trPr>
        <w:tc>
          <w:tcPr>
            <w:tcW w:type="dxa" w:w="3326"/>
            <w:vAlign w:val="center"/>
            <w:tcMar>
              <w:top w:w="110" w:type="dxa"/>
              <w:start w:w="120" w:type="dxa"/>
              <w:bottom w:w="110" w:type="dxa"/>
              <w:end w:w="120" w:type="dxa"/>
            </w:tcMar>
            <w:shd w:fill="F3F8FB"/>
          </w:tcPr>
          <w:p>
            <w:pPr>
              <w:spacing w:before="0" w:after="0" w:line="259" w:lineRule="auto"/>
              <w:jc w:val="center"/>
            </w:pPr>
            <w:r/>
            <w:r>
              <w:rPr>
                <w:rFonts w:ascii="Noto Sans JP" w:hAnsi="Noto Sans JP" w:eastAsia="Noto Sans JP"/>
                <w:b w:val="0"/>
                <w:color w:val="000000"/>
                <w:sz w:val="20"/>
              </w:rPr>
              <w:t>2</w:t>
            </w:r>
          </w:p>
        </w:tc>
        <w:tc>
          <w:tcPr>
            <w:tcW w:type="dxa" w:w="3326"/>
            <w:vAlign w:val="center"/>
            <w:tcMar>
              <w:top w:w="110" w:type="dxa"/>
              <w:start w:w="120" w:type="dxa"/>
              <w:bottom w:w="110" w:type="dxa"/>
              <w:end w:w="120" w:type="dxa"/>
            </w:tcMar>
            <w:shd w:fill="F3F8FB"/>
          </w:tcPr>
          <w:p>
            <w:pPr>
              <w:spacing w:before="0" w:after="0" w:line="259" w:lineRule="auto"/>
              <w:jc w:val="left"/>
            </w:pPr>
            <w:r/>
            <w:r>
              <w:rPr>
                <w:rFonts w:ascii="Noto Sans JP" w:hAnsi="Noto Sans JP" w:eastAsia="Noto Sans JP"/>
                <w:b w:val="0"/>
                <w:color w:val="000000"/>
                <w:sz w:val="18"/>
              </w:rPr>
              <w:t>採用後、北大東村へ住民票を異動して居住できる</w:t>
            </w:r>
          </w:p>
        </w:tc>
        <w:tc>
          <w:tcPr>
            <w:tcW w:type="dxa" w:w="3326"/>
            <w:vAlign w:val="center"/>
            <w:tcMar>
              <w:top w:w="110" w:type="dxa"/>
              <w:start w:w="120" w:type="dxa"/>
              <w:bottom w:w="110" w:type="dxa"/>
              <w:end w:w="120" w:type="dxa"/>
            </w:tcMar>
            <w:shd w:fill="F3F8FB"/>
          </w:tcPr>
          <w:p>
            <w:pPr>
              <w:spacing w:before="0" w:after="0" w:line="259" w:lineRule="auto"/>
              <w:jc w:val="center"/>
            </w:pPr>
            <w:r/>
            <w:r>
              <w:rPr>
                <w:rFonts w:ascii="Noto Sans JP" w:hAnsi="Noto Sans JP" w:eastAsia="Noto Sans JP"/>
                <w:b w:val="0"/>
                <w:color w:val="000000"/>
                <w:sz w:val="18"/>
              </w:rPr>
              <w:t>□ はい　□ いいえ</w:t>
            </w:r>
          </w:p>
        </w:tc>
      </w:tr>
      <w:tr>
        <w:trPr>
          <w:trHeight w:val="470" w:hRule="atLeast"/>
        </w:trPr>
        <w:tc>
          <w:tcPr>
            <w:tcW w:type="dxa" w:w="3326"/>
            <w:vAlign w:val="center"/>
            <w:tcMar>
              <w:top w:w="110" w:type="dxa"/>
              <w:start w:w="120" w:type="dxa"/>
              <w:bottom w:w="110" w:type="dxa"/>
              <w:end w:w="120" w:type="dxa"/>
            </w:tcMar>
          </w:tcPr>
          <w:p>
            <w:pPr>
              <w:spacing w:before="0" w:after="0" w:line="259" w:lineRule="auto"/>
              <w:jc w:val="center"/>
            </w:pPr>
            <w:r/>
            <w:r>
              <w:rPr>
                <w:rFonts w:ascii="Noto Sans JP" w:hAnsi="Noto Sans JP" w:eastAsia="Noto Sans JP"/>
                <w:b w:val="0"/>
                <w:color w:val="000000"/>
                <w:sz w:val="20"/>
              </w:rPr>
              <w:t>3</w:t>
            </w:r>
          </w:p>
        </w:tc>
        <w:tc>
          <w:tcPr>
            <w:tcW w:type="dxa" w:w="3326"/>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8"/>
              </w:rPr>
              <w:t>任期終了後も北大東村に定住し、島内就業または起業を目指す意思がある</w:t>
            </w:r>
          </w:p>
        </w:tc>
        <w:tc>
          <w:tcPr>
            <w:tcW w:type="dxa" w:w="3326"/>
            <w:vAlign w:val="center"/>
            <w:tcMar>
              <w:top w:w="110" w:type="dxa"/>
              <w:start w:w="120" w:type="dxa"/>
              <w:bottom w:w="110" w:type="dxa"/>
              <w:end w:w="120" w:type="dxa"/>
            </w:tcMar>
          </w:tcPr>
          <w:p>
            <w:pPr>
              <w:spacing w:before="0" w:after="0" w:line="259" w:lineRule="auto"/>
              <w:jc w:val="center"/>
            </w:pPr>
            <w:r/>
            <w:r>
              <w:rPr>
                <w:rFonts w:ascii="Noto Sans JP" w:hAnsi="Noto Sans JP" w:eastAsia="Noto Sans JP"/>
                <w:b w:val="0"/>
                <w:color w:val="000000"/>
                <w:sz w:val="18"/>
              </w:rPr>
              <w:t>□ はい　□ いいえ</w:t>
            </w:r>
          </w:p>
        </w:tc>
      </w:tr>
      <w:tr>
        <w:trPr>
          <w:trHeight w:val="470" w:hRule="atLeast"/>
        </w:trPr>
        <w:tc>
          <w:tcPr>
            <w:tcW w:type="dxa" w:w="3326"/>
            <w:vAlign w:val="center"/>
            <w:tcMar>
              <w:top w:w="110" w:type="dxa"/>
              <w:start w:w="120" w:type="dxa"/>
              <w:bottom w:w="110" w:type="dxa"/>
              <w:end w:w="120" w:type="dxa"/>
            </w:tcMar>
            <w:shd w:fill="F3F8FB"/>
          </w:tcPr>
          <w:p>
            <w:pPr>
              <w:spacing w:before="0" w:after="0" w:line="259" w:lineRule="auto"/>
              <w:jc w:val="center"/>
            </w:pPr>
            <w:r/>
            <w:r>
              <w:rPr>
                <w:rFonts w:ascii="Noto Sans JP" w:hAnsi="Noto Sans JP" w:eastAsia="Noto Sans JP"/>
                <w:b w:val="0"/>
                <w:color w:val="000000"/>
                <w:sz w:val="20"/>
              </w:rPr>
              <w:t>4</w:t>
            </w:r>
          </w:p>
        </w:tc>
        <w:tc>
          <w:tcPr>
            <w:tcW w:type="dxa" w:w="3326"/>
            <w:vAlign w:val="center"/>
            <w:tcMar>
              <w:top w:w="110" w:type="dxa"/>
              <w:start w:w="120" w:type="dxa"/>
              <w:bottom w:w="110" w:type="dxa"/>
              <w:end w:w="120" w:type="dxa"/>
            </w:tcMar>
            <w:shd w:fill="F3F8FB"/>
          </w:tcPr>
          <w:p>
            <w:pPr>
              <w:spacing w:before="0" w:after="0" w:line="259" w:lineRule="auto"/>
              <w:jc w:val="left"/>
            </w:pPr>
            <w:r/>
            <w:r>
              <w:rPr>
                <w:rFonts w:ascii="Noto Sans JP" w:hAnsi="Noto Sans JP" w:eastAsia="Noto Sans JP"/>
                <w:b w:val="0"/>
                <w:color w:val="000000"/>
                <w:sz w:val="18"/>
              </w:rPr>
              <w:t>普通自動車運転免許を所持、または着任までに取得する見込みである</w:t>
            </w:r>
          </w:p>
        </w:tc>
        <w:tc>
          <w:tcPr>
            <w:tcW w:type="dxa" w:w="3326"/>
            <w:vAlign w:val="center"/>
            <w:tcMar>
              <w:top w:w="110" w:type="dxa"/>
              <w:start w:w="120" w:type="dxa"/>
              <w:bottom w:w="110" w:type="dxa"/>
              <w:end w:w="120" w:type="dxa"/>
            </w:tcMar>
            <w:shd w:fill="F3F8FB"/>
          </w:tcPr>
          <w:p>
            <w:pPr>
              <w:spacing w:before="0" w:after="0" w:line="259" w:lineRule="auto"/>
              <w:jc w:val="center"/>
            </w:pPr>
            <w:r/>
            <w:r>
              <w:rPr>
                <w:rFonts w:ascii="Noto Sans JP" w:hAnsi="Noto Sans JP" w:eastAsia="Noto Sans JP"/>
                <w:b w:val="0"/>
                <w:color w:val="000000"/>
                <w:sz w:val="18"/>
              </w:rPr>
              <w:t>□ はい　□ いいえ</w:t>
            </w:r>
          </w:p>
        </w:tc>
      </w:tr>
      <w:tr>
        <w:trPr>
          <w:trHeight w:val="470" w:hRule="atLeast"/>
        </w:trPr>
        <w:tc>
          <w:tcPr>
            <w:tcW w:type="dxa" w:w="3326"/>
            <w:vAlign w:val="center"/>
            <w:tcMar>
              <w:top w:w="110" w:type="dxa"/>
              <w:start w:w="120" w:type="dxa"/>
              <w:bottom w:w="110" w:type="dxa"/>
              <w:end w:w="120" w:type="dxa"/>
            </w:tcMar>
          </w:tcPr>
          <w:p>
            <w:pPr>
              <w:spacing w:before="0" w:after="0" w:line="259" w:lineRule="auto"/>
              <w:jc w:val="center"/>
            </w:pPr>
            <w:r/>
            <w:r>
              <w:rPr>
                <w:rFonts w:ascii="Noto Sans JP" w:hAnsi="Noto Sans JP" w:eastAsia="Noto Sans JP"/>
                <w:b w:val="0"/>
                <w:color w:val="000000"/>
                <w:sz w:val="20"/>
              </w:rPr>
              <w:t>5</w:t>
            </w:r>
          </w:p>
        </w:tc>
        <w:tc>
          <w:tcPr>
            <w:tcW w:type="dxa" w:w="3326"/>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8"/>
              </w:rPr>
              <w:t>文書作成、表計算、メールなどのパソコン基本操作ができる</w:t>
            </w:r>
          </w:p>
        </w:tc>
        <w:tc>
          <w:tcPr>
            <w:tcW w:type="dxa" w:w="3326"/>
            <w:vAlign w:val="center"/>
            <w:tcMar>
              <w:top w:w="110" w:type="dxa"/>
              <w:start w:w="120" w:type="dxa"/>
              <w:bottom w:w="110" w:type="dxa"/>
              <w:end w:w="120" w:type="dxa"/>
            </w:tcMar>
          </w:tcPr>
          <w:p>
            <w:pPr>
              <w:spacing w:before="0" w:after="0" w:line="259" w:lineRule="auto"/>
              <w:jc w:val="center"/>
            </w:pPr>
            <w:r/>
            <w:r>
              <w:rPr>
                <w:rFonts w:ascii="Noto Sans JP" w:hAnsi="Noto Sans JP" w:eastAsia="Noto Sans JP"/>
                <w:b w:val="0"/>
                <w:color w:val="000000"/>
                <w:sz w:val="18"/>
              </w:rPr>
              <w:t>□ はい　□ いいえ</w:t>
            </w:r>
          </w:p>
        </w:tc>
      </w:tr>
      <w:tr>
        <w:trPr>
          <w:trHeight w:val="470" w:hRule="atLeast"/>
        </w:trPr>
        <w:tc>
          <w:tcPr>
            <w:tcW w:type="dxa" w:w="3326"/>
            <w:vAlign w:val="center"/>
            <w:tcMar>
              <w:top w:w="110" w:type="dxa"/>
              <w:start w:w="120" w:type="dxa"/>
              <w:bottom w:w="110" w:type="dxa"/>
              <w:end w:w="120" w:type="dxa"/>
            </w:tcMar>
            <w:shd w:fill="F3F8FB"/>
          </w:tcPr>
          <w:p>
            <w:pPr>
              <w:spacing w:before="0" w:after="0" w:line="259" w:lineRule="auto"/>
              <w:jc w:val="center"/>
            </w:pPr>
            <w:r/>
            <w:r>
              <w:rPr>
                <w:rFonts w:ascii="Noto Sans JP" w:hAnsi="Noto Sans JP" w:eastAsia="Noto Sans JP"/>
                <w:b w:val="0"/>
                <w:color w:val="000000"/>
                <w:sz w:val="20"/>
              </w:rPr>
              <w:t>6</w:t>
            </w:r>
          </w:p>
        </w:tc>
        <w:tc>
          <w:tcPr>
            <w:tcW w:type="dxa" w:w="3326"/>
            <w:vAlign w:val="center"/>
            <w:tcMar>
              <w:top w:w="110" w:type="dxa"/>
              <w:start w:w="120" w:type="dxa"/>
              <w:bottom w:w="110" w:type="dxa"/>
              <w:end w:w="120" w:type="dxa"/>
            </w:tcMar>
            <w:shd w:fill="F3F8FB"/>
          </w:tcPr>
          <w:p>
            <w:pPr>
              <w:spacing w:before="0" w:after="0" w:line="259" w:lineRule="auto"/>
              <w:jc w:val="left"/>
            </w:pPr>
            <w:r/>
            <w:r>
              <w:rPr>
                <w:rFonts w:ascii="Noto Sans JP" w:hAnsi="Noto Sans JP" w:eastAsia="Noto Sans JP"/>
                <w:b w:val="0"/>
                <w:color w:val="000000"/>
                <w:sz w:val="18"/>
              </w:rPr>
              <w:t>スマートフォンやSNSなどの基本操作ができる</w:t>
            </w:r>
          </w:p>
        </w:tc>
        <w:tc>
          <w:tcPr>
            <w:tcW w:type="dxa" w:w="3326"/>
            <w:vAlign w:val="center"/>
            <w:tcMar>
              <w:top w:w="110" w:type="dxa"/>
              <w:start w:w="120" w:type="dxa"/>
              <w:bottom w:w="110" w:type="dxa"/>
              <w:end w:w="120" w:type="dxa"/>
            </w:tcMar>
            <w:shd w:fill="F3F8FB"/>
          </w:tcPr>
          <w:p>
            <w:pPr>
              <w:spacing w:before="0" w:after="0" w:line="259" w:lineRule="auto"/>
              <w:jc w:val="center"/>
            </w:pPr>
            <w:r/>
            <w:r>
              <w:rPr>
                <w:rFonts w:ascii="Noto Sans JP" w:hAnsi="Noto Sans JP" w:eastAsia="Noto Sans JP"/>
                <w:b w:val="0"/>
                <w:color w:val="000000"/>
                <w:sz w:val="18"/>
              </w:rPr>
              <w:t>□ はい　□ いいえ</w:t>
            </w:r>
          </w:p>
        </w:tc>
      </w:tr>
      <w:tr>
        <w:trPr>
          <w:trHeight w:val="470" w:hRule="atLeast"/>
        </w:trPr>
        <w:tc>
          <w:tcPr>
            <w:tcW w:type="dxa" w:w="3326"/>
            <w:vAlign w:val="center"/>
            <w:tcMar>
              <w:top w:w="110" w:type="dxa"/>
              <w:start w:w="120" w:type="dxa"/>
              <w:bottom w:w="110" w:type="dxa"/>
              <w:end w:w="120" w:type="dxa"/>
            </w:tcMar>
          </w:tcPr>
          <w:p>
            <w:pPr>
              <w:spacing w:before="0" w:after="0" w:line="259" w:lineRule="auto"/>
              <w:jc w:val="center"/>
            </w:pPr>
            <w:r/>
            <w:r>
              <w:rPr>
                <w:rFonts w:ascii="Noto Sans JP" w:hAnsi="Noto Sans JP" w:eastAsia="Noto Sans JP"/>
                <w:b w:val="0"/>
                <w:color w:val="000000"/>
                <w:sz w:val="20"/>
              </w:rPr>
              <w:t>7</w:t>
            </w:r>
          </w:p>
        </w:tc>
        <w:tc>
          <w:tcPr>
            <w:tcW w:type="dxa" w:w="3326"/>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8"/>
              </w:rPr>
              <w:t>地域住民、事業者、行政、観光客、生産者などと誠実に意思疎通できる</w:t>
            </w:r>
          </w:p>
        </w:tc>
        <w:tc>
          <w:tcPr>
            <w:tcW w:type="dxa" w:w="3326"/>
            <w:vAlign w:val="center"/>
            <w:tcMar>
              <w:top w:w="110" w:type="dxa"/>
              <w:start w:w="120" w:type="dxa"/>
              <w:bottom w:w="110" w:type="dxa"/>
              <w:end w:w="120" w:type="dxa"/>
            </w:tcMar>
          </w:tcPr>
          <w:p>
            <w:pPr>
              <w:spacing w:before="0" w:after="0" w:line="259" w:lineRule="auto"/>
              <w:jc w:val="center"/>
            </w:pPr>
            <w:r/>
            <w:r>
              <w:rPr>
                <w:rFonts w:ascii="Noto Sans JP" w:hAnsi="Noto Sans JP" w:eastAsia="Noto Sans JP"/>
                <w:b w:val="0"/>
                <w:color w:val="000000"/>
                <w:sz w:val="18"/>
              </w:rPr>
              <w:t>□ はい　□ いいえ</w:t>
            </w:r>
          </w:p>
        </w:tc>
      </w:tr>
      <w:tr>
        <w:trPr>
          <w:trHeight w:val="470" w:hRule="atLeast"/>
        </w:trPr>
        <w:tc>
          <w:tcPr>
            <w:tcW w:type="dxa" w:w="3326"/>
            <w:vAlign w:val="center"/>
            <w:tcMar>
              <w:top w:w="110" w:type="dxa"/>
              <w:start w:w="120" w:type="dxa"/>
              <w:bottom w:w="110" w:type="dxa"/>
              <w:end w:w="120" w:type="dxa"/>
            </w:tcMar>
            <w:shd w:fill="F3F8FB"/>
          </w:tcPr>
          <w:p>
            <w:pPr>
              <w:spacing w:before="0" w:after="0" w:line="259" w:lineRule="auto"/>
              <w:jc w:val="center"/>
            </w:pPr>
            <w:r/>
            <w:r>
              <w:rPr>
                <w:rFonts w:ascii="Noto Sans JP" w:hAnsi="Noto Sans JP" w:eastAsia="Noto Sans JP"/>
                <w:b w:val="0"/>
                <w:color w:val="000000"/>
                <w:sz w:val="20"/>
              </w:rPr>
              <w:t>8</w:t>
            </w:r>
          </w:p>
        </w:tc>
        <w:tc>
          <w:tcPr>
            <w:tcW w:type="dxa" w:w="3326"/>
            <w:vAlign w:val="center"/>
            <w:tcMar>
              <w:top w:w="110" w:type="dxa"/>
              <w:start w:w="120" w:type="dxa"/>
              <w:bottom w:w="110" w:type="dxa"/>
              <w:end w:w="120" w:type="dxa"/>
            </w:tcMar>
            <w:shd w:fill="F3F8FB"/>
          </w:tcPr>
          <w:p>
            <w:pPr>
              <w:spacing w:before="0" w:after="0" w:line="259" w:lineRule="auto"/>
              <w:jc w:val="left"/>
            </w:pPr>
            <w:r/>
            <w:r>
              <w:rPr>
                <w:rFonts w:ascii="Noto Sans JP" w:hAnsi="Noto Sans JP" w:eastAsia="Noto Sans JP"/>
                <w:b w:val="0"/>
                <w:color w:val="000000"/>
                <w:sz w:val="18"/>
              </w:rPr>
              <w:t>土日祝日、夕方、繁忙期、航空便の運航状況等に応じた柔軟な勤務を理解している</w:t>
            </w:r>
          </w:p>
        </w:tc>
        <w:tc>
          <w:tcPr>
            <w:tcW w:type="dxa" w:w="3326"/>
            <w:vAlign w:val="center"/>
            <w:tcMar>
              <w:top w:w="110" w:type="dxa"/>
              <w:start w:w="120" w:type="dxa"/>
              <w:bottom w:w="110" w:type="dxa"/>
              <w:end w:w="120" w:type="dxa"/>
            </w:tcMar>
            <w:shd w:fill="F3F8FB"/>
          </w:tcPr>
          <w:p>
            <w:pPr>
              <w:spacing w:before="0" w:after="0" w:line="259" w:lineRule="auto"/>
              <w:jc w:val="center"/>
            </w:pPr>
            <w:r/>
            <w:r>
              <w:rPr>
                <w:rFonts w:ascii="Noto Sans JP" w:hAnsi="Noto Sans JP" w:eastAsia="Noto Sans JP"/>
                <w:b w:val="0"/>
                <w:color w:val="000000"/>
                <w:sz w:val="18"/>
              </w:rPr>
              <w:t>□ はい　□ いいえ</w:t>
            </w:r>
          </w:p>
        </w:tc>
      </w:tr>
      <w:tr>
        <w:trPr>
          <w:trHeight w:val="470" w:hRule="atLeast"/>
        </w:trPr>
        <w:tc>
          <w:tcPr>
            <w:tcW w:type="dxa" w:w="3326"/>
            <w:vAlign w:val="center"/>
            <w:tcMar>
              <w:top w:w="110" w:type="dxa"/>
              <w:start w:w="120" w:type="dxa"/>
              <w:bottom w:w="110" w:type="dxa"/>
              <w:end w:w="120" w:type="dxa"/>
            </w:tcMar>
          </w:tcPr>
          <w:p>
            <w:pPr>
              <w:spacing w:before="0" w:after="0" w:line="259" w:lineRule="auto"/>
              <w:jc w:val="center"/>
            </w:pPr>
            <w:r/>
            <w:r>
              <w:rPr>
                <w:rFonts w:ascii="Noto Sans JP" w:hAnsi="Noto Sans JP" w:eastAsia="Noto Sans JP"/>
                <w:b w:val="0"/>
                <w:color w:val="000000"/>
                <w:sz w:val="20"/>
              </w:rPr>
              <w:t>9</w:t>
            </w:r>
          </w:p>
        </w:tc>
        <w:tc>
          <w:tcPr>
            <w:tcW w:type="dxa" w:w="3326"/>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8"/>
              </w:rPr>
              <w:t>地方公務員法の欠格条項その他の不適格事由に該当しない</w:t>
            </w:r>
          </w:p>
        </w:tc>
        <w:tc>
          <w:tcPr>
            <w:tcW w:type="dxa" w:w="3326"/>
            <w:vAlign w:val="center"/>
            <w:tcMar>
              <w:top w:w="110" w:type="dxa"/>
              <w:start w:w="120" w:type="dxa"/>
              <w:bottom w:w="110" w:type="dxa"/>
              <w:end w:w="120" w:type="dxa"/>
            </w:tcMar>
          </w:tcPr>
          <w:p>
            <w:pPr>
              <w:spacing w:before="0" w:after="0" w:line="259" w:lineRule="auto"/>
              <w:jc w:val="center"/>
            </w:pPr>
            <w:r/>
            <w:r>
              <w:rPr>
                <w:rFonts w:ascii="Noto Sans JP" w:hAnsi="Noto Sans JP" w:eastAsia="Noto Sans JP"/>
                <w:b w:val="0"/>
                <w:color w:val="000000"/>
                <w:sz w:val="18"/>
              </w:rPr>
              <w:t>□ はい　□ いいえ</w:t>
            </w:r>
          </w:p>
        </w:tc>
      </w:tr>
    </w:tbl>
    <w:p>
      <w:pPr>
        <w:keepNext/>
        <w:spacing w:before="70" w:after="70" w:line="252" w:lineRule="auto"/>
        <w:shd w:fill="DCEAF2"/>
        <w:ind w:left="140" w:right="100"/>
      </w:pPr>
      <w:r>
        <w:rPr>
          <w:rFonts w:ascii="Noto Sans JP" w:hAnsi="Noto Sans JP" w:eastAsia="Noto Sans JP"/>
          <w:b/>
          <w:color w:val="000000"/>
          <w:sz w:val="25"/>
        </w:rPr>
        <w:t>5  経験と技能</w:t>
      </w:r>
    </w:p>
    <w:tbl>
      <w:tblPr>
        <w:tblW w:type="auto" w:w="0"/>
        <w:jc w:val="center"/>
        <w:tblLayout w:type="fixed"/>
        <w:tblLook w:firstColumn="1" w:firstRow="1" w:lastColumn="0" w:lastRow="0" w:noHBand="0" w:noVBand="1" w:val="04A0"/>
        <w:tblBorders>
          <w:top w:val="single" w:sz="8" w:space="0" w:color="D9E1E5"/>
          <w:left w:val="single" w:sz="8" w:space="0" w:color="D9E1E5"/>
          <w:bottom w:val="single" w:sz="8" w:space="0" w:color="D9E1E5"/>
          <w:right w:val="single" w:sz="8" w:space="0" w:color="D9E1E5"/>
          <w:insideH w:val="single" w:sz="8" w:space="0" w:color="D9E1E5"/>
          <w:insideV w:val="single" w:sz="8" w:space="0" w:color="D9E1E5"/>
        </w:tblBorders>
      </w:tblPr>
      <w:tblGrid>
        <w:gridCol w:w="2494"/>
        <w:gridCol w:w="2494"/>
        <w:gridCol w:w="2494"/>
        <w:gridCol w:w="2494"/>
      </w:tblGrid>
      <w:tr>
        <w:trPr>
          <w:cantSplit/>
          <w:tblHeader w:val="true"/>
        </w:trPr>
        <w:tc>
          <w:tcPr>
            <w:tcW w:type="dxa" w:w="2551"/>
            <w:tcMar>
              <w:top w:w="110" w:type="dxa"/>
              <w:start w:w="120" w:type="dxa"/>
              <w:bottom w:w="110" w:type="dxa"/>
              <w:end w:w="120" w:type="dxa"/>
            </w:tcMar>
            <w:shd w:fill="234A63"/>
            <w:vAlign w:val="center"/>
          </w:tcPr>
          <w:p>
            <w:pPr>
              <w:spacing w:before="0" w:after="0" w:line="259" w:lineRule="auto"/>
              <w:jc w:val="center"/>
            </w:pPr>
            <w:r/>
            <w:r>
              <w:rPr>
                <w:rFonts w:ascii="Noto Sans JP" w:hAnsi="Noto Sans JP" w:eastAsia="Noto Sans JP"/>
                <w:b/>
                <w:color w:val="FFFFFF"/>
                <w:sz w:val="18"/>
              </w:rPr>
              <w:t>分野</w:t>
            </w:r>
          </w:p>
        </w:tc>
        <w:tc>
          <w:tcPr>
            <w:tcW w:type="dxa" w:w="2353"/>
            <w:tcMar>
              <w:top w:w="110" w:type="dxa"/>
              <w:start w:w="120" w:type="dxa"/>
              <w:bottom w:w="110" w:type="dxa"/>
              <w:end w:w="120" w:type="dxa"/>
            </w:tcMar>
            <w:shd w:fill="234A63"/>
            <w:vAlign w:val="center"/>
          </w:tcPr>
          <w:p>
            <w:pPr>
              <w:spacing w:before="0" w:after="0" w:line="259" w:lineRule="auto"/>
              <w:jc w:val="center"/>
            </w:pPr>
            <w:r/>
            <w:r>
              <w:rPr>
                <w:rFonts w:ascii="Noto Sans JP" w:hAnsi="Noto Sans JP" w:eastAsia="Noto Sans JP"/>
                <w:b/>
                <w:color w:val="FFFFFF"/>
                <w:sz w:val="18"/>
              </w:rPr>
              <w:t>経験</w:t>
            </w:r>
          </w:p>
        </w:tc>
        <w:tc>
          <w:tcPr>
            <w:tcW w:type="dxa" w:w="2551"/>
            <w:tcMar>
              <w:top w:w="110" w:type="dxa"/>
              <w:start w:w="120" w:type="dxa"/>
              <w:bottom w:w="110" w:type="dxa"/>
              <w:end w:w="120" w:type="dxa"/>
            </w:tcMar>
            <w:shd w:fill="234A63"/>
            <w:vAlign w:val="center"/>
          </w:tcPr>
          <w:p>
            <w:pPr>
              <w:spacing w:before="0" w:after="0" w:line="259" w:lineRule="auto"/>
              <w:jc w:val="center"/>
            </w:pPr>
            <w:r/>
            <w:r>
              <w:rPr>
                <w:rFonts w:ascii="Noto Sans JP" w:hAnsi="Noto Sans JP" w:eastAsia="Noto Sans JP"/>
                <w:b/>
                <w:color w:val="FFFFFF"/>
                <w:sz w:val="18"/>
              </w:rPr>
              <w:t>分野</w:t>
            </w:r>
          </w:p>
        </w:tc>
        <w:tc>
          <w:tcPr>
            <w:tcW w:type="dxa" w:w="2353"/>
            <w:tcMar>
              <w:top w:w="110" w:type="dxa"/>
              <w:start w:w="120" w:type="dxa"/>
              <w:bottom w:w="110" w:type="dxa"/>
              <w:end w:w="120" w:type="dxa"/>
            </w:tcMar>
            <w:shd w:fill="234A63"/>
            <w:vAlign w:val="center"/>
          </w:tcPr>
          <w:p>
            <w:pPr>
              <w:spacing w:before="0" w:after="0" w:line="259" w:lineRule="auto"/>
              <w:jc w:val="center"/>
            </w:pPr>
            <w:r/>
            <w:r>
              <w:rPr>
                <w:rFonts w:ascii="Noto Sans JP" w:hAnsi="Noto Sans JP" w:eastAsia="Noto Sans JP"/>
                <w:b/>
                <w:color w:val="FFFFFF"/>
                <w:sz w:val="18"/>
              </w:rPr>
              <w:t>経験</w:t>
            </w:r>
          </w:p>
        </w:tc>
      </w:tr>
      <w:tr>
        <w:trPr>
          <w:trHeight w:val="560" w:hRule="atLeast"/>
        </w:trPr>
        <w:tc>
          <w:tcPr>
            <w:tcW w:type="dxa" w:w="2494"/>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7"/>
              </w:rPr>
              <w:t>接客・販売・観光案内</w:t>
            </w:r>
          </w:p>
        </w:tc>
        <w:tc>
          <w:tcPr>
            <w:tcW w:type="dxa" w:w="2494"/>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6"/>
              </w:rPr>
              <w:t>□ 実務</w:t>
              <w:br/>
              <w:t>□ 経験あり</w:t>
              <w:br/>
              <w:t>□ 未経験</w:t>
            </w:r>
          </w:p>
        </w:tc>
        <w:tc>
          <w:tcPr>
            <w:tcW w:type="dxa" w:w="2494"/>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7"/>
              </w:rPr>
              <w:t>店舗・カフェ・物販運営</w:t>
            </w:r>
          </w:p>
        </w:tc>
        <w:tc>
          <w:tcPr>
            <w:tcW w:type="dxa" w:w="2494"/>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6"/>
              </w:rPr>
              <w:t>□ 実務</w:t>
              <w:br/>
              <w:t>□ 経験あり</w:t>
              <w:br/>
              <w:t>□ 未経験</w:t>
            </w:r>
          </w:p>
        </w:tc>
      </w:tr>
      <w:tr>
        <w:trPr>
          <w:trHeight w:val="560" w:hRule="atLeast"/>
        </w:trPr>
        <w:tc>
          <w:tcPr>
            <w:tcW w:type="dxa" w:w="2494"/>
            <w:vAlign w:val="center"/>
            <w:tcMar>
              <w:top w:w="110" w:type="dxa"/>
              <w:start w:w="120" w:type="dxa"/>
              <w:bottom w:w="110" w:type="dxa"/>
              <w:end w:w="120" w:type="dxa"/>
            </w:tcMar>
            <w:shd w:fill="F3F8FB"/>
          </w:tcPr>
          <w:p>
            <w:pPr>
              <w:spacing w:before="0" w:after="0" w:line="259" w:lineRule="auto"/>
              <w:jc w:val="left"/>
            </w:pPr>
            <w:r/>
            <w:r>
              <w:rPr>
                <w:rFonts w:ascii="Noto Sans JP" w:hAnsi="Noto Sans JP" w:eastAsia="Noto Sans JP"/>
                <w:b w:val="0"/>
                <w:color w:val="000000"/>
                <w:sz w:val="17"/>
              </w:rPr>
              <w:t>ガイド・体験・イベント</w:t>
            </w:r>
          </w:p>
        </w:tc>
        <w:tc>
          <w:tcPr>
            <w:tcW w:type="dxa" w:w="2494"/>
            <w:vAlign w:val="center"/>
            <w:tcMar>
              <w:top w:w="110" w:type="dxa"/>
              <w:start w:w="120" w:type="dxa"/>
              <w:bottom w:w="110" w:type="dxa"/>
              <w:end w:w="120" w:type="dxa"/>
            </w:tcMar>
            <w:shd w:fill="F3F8FB"/>
          </w:tcPr>
          <w:p>
            <w:pPr>
              <w:spacing w:before="0" w:after="0" w:line="259" w:lineRule="auto"/>
              <w:jc w:val="left"/>
            </w:pPr>
            <w:r/>
            <w:r>
              <w:rPr>
                <w:rFonts w:ascii="Noto Sans JP" w:hAnsi="Noto Sans JP" w:eastAsia="Noto Sans JP"/>
                <w:b w:val="0"/>
                <w:color w:val="000000"/>
                <w:sz w:val="16"/>
              </w:rPr>
              <w:t>□ 実務</w:t>
              <w:br/>
              <w:t>□ 経験あり</w:t>
              <w:br/>
              <w:t>□ 未経験</w:t>
            </w:r>
          </w:p>
        </w:tc>
        <w:tc>
          <w:tcPr>
            <w:tcW w:type="dxa" w:w="2494"/>
            <w:vAlign w:val="center"/>
            <w:tcMar>
              <w:top w:w="110" w:type="dxa"/>
              <w:start w:w="120" w:type="dxa"/>
              <w:bottom w:w="110" w:type="dxa"/>
              <w:end w:w="120" w:type="dxa"/>
            </w:tcMar>
            <w:shd w:fill="F3F8FB"/>
          </w:tcPr>
          <w:p>
            <w:pPr>
              <w:spacing w:before="0" w:after="0" w:line="259" w:lineRule="auto"/>
              <w:jc w:val="left"/>
            </w:pPr>
            <w:r/>
            <w:r>
              <w:rPr>
                <w:rFonts w:ascii="Noto Sans JP" w:hAnsi="Noto Sans JP" w:eastAsia="Noto Sans JP"/>
                <w:b w:val="0"/>
                <w:color w:val="000000"/>
                <w:sz w:val="17"/>
              </w:rPr>
              <w:t>在庫管理・梱包・発送</w:t>
            </w:r>
          </w:p>
        </w:tc>
        <w:tc>
          <w:tcPr>
            <w:tcW w:type="dxa" w:w="2494"/>
            <w:vAlign w:val="center"/>
            <w:tcMar>
              <w:top w:w="110" w:type="dxa"/>
              <w:start w:w="120" w:type="dxa"/>
              <w:bottom w:w="110" w:type="dxa"/>
              <w:end w:w="120" w:type="dxa"/>
            </w:tcMar>
            <w:shd w:fill="F3F8FB"/>
          </w:tcPr>
          <w:p>
            <w:pPr>
              <w:spacing w:before="0" w:after="0" w:line="259" w:lineRule="auto"/>
              <w:jc w:val="left"/>
            </w:pPr>
            <w:r/>
            <w:r>
              <w:rPr>
                <w:rFonts w:ascii="Noto Sans JP" w:hAnsi="Noto Sans JP" w:eastAsia="Noto Sans JP"/>
                <w:b w:val="0"/>
                <w:color w:val="000000"/>
                <w:sz w:val="16"/>
              </w:rPr>
              <w:t>□ 実務</w:t>
              <w:br/>
              <w:t>□ 経験あり</w:t>
              <w:br/>
              <w:t>□ 未経験</w:t>
            </w:r>
          </w:p>
        </w:tc>
      </w:tr>
      <w:tr>
        <w:trPr>
          <w:trHeight w:val="560" w:hRule="atLeast"/>
        </w:trPr>
        <w:tc>
          <w:tcPr>
            <w:tcW w:type="dxa" w:w="2494"/>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7"/>
              </w:rPr>
              <w:t>ECサイト・受注管理</w:t>
            </w:r>
          </w:p>
        </w:tc>
        <w:tc>
          <w:tcPr>
            <w:tcW w:type="dxa" w:w="2494"/>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6"/>
              </w:rPr>
              <w:t>□ 実務</w:t>
              <w:br/>
              <w:t>□ 経験あり</w:t>
              <w:br/>
              <w:t>□ 未経験</w:t>
            </w:r>
          </w:p>
        </w:tc>
        <w:tc>
          <w:tcPr>
            <w:tcW w:type="dxa" w:w="2494"/>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7"/>
              </w:rPr>
              <w:t>SNS・Webサイト運用</w:t>
            </w:r>
          </w:p>
        </w:tc>
        <w:tc>
          <w:tcPr>
            <w:tcW w:type="dxa" w:w="2494"/>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6"/>
              </w:rPr>
              <w:t>□ 実務</w:t>
              <w:br/>
              <w:t>□ 経験あり</w:t>
              <w:br/>
              <w:t>□ 未経験</w:t>
            </w:r>
          </w:p>
        </w:tc>
      </w:tr>
      <w:tr>
        <w:trPr>
          <w:trHeight w:val="560" w:hRule="atLeast"/>
        </w:trPr>
        <w:tc>
          <w:tcPr>
            <w:tcW w:type="dxa" w:w="2494"/>
            <w:vAlign w:val="center"/>
            <w:tcMar>
              <w:top w:w="110" w:type="dxa"/>
              <w:start w:w="120" w:type="dxa"/>
              <w:bottom w:w="110" w:type="dxa"/>
              <w:end w:w="120" w:type="dxa"/>
            </w:tcMar>
            <w:shd w:fill="F3F8FB"/>
          </w:tcPr>
          <w:p>
            <w:pPr>
              <w:spacing w:before="0" w:after="0" w:line="259" w:lineRule="auto"/>
              <w:jc w:val="left"/>
            </w:pPr>
            <w:r/>
            <w:r>
              <w:rPr>
                <w:rFonts w:ascii="Noto Sans JP" w:hAnsi="Noto Sans JP" w:eastAsia="Noto Sans JP"/>
                <w:b w:val="0"/>
                <w:color w:val="000000"/>
                <w:sz w:val="17"/>
              </w:rPr>
              <w:t>営業・取引先開拓</w:t>
            </w:r>
          </w:p>
        </w:tc>
        <w:tc>
          <w:tcPr>
            <w:tcW w:type="dxa" w:w="2494"/>
            <w:vAlign w:val="center"/>
            <w:tcMar>
              <w:top w:w="110" w:type="dxa"/>
              <w:start w:w="120" w:type="dxa"/>
              <w:bottom w:w="110" w:type="dxa"/>
              <w:end w:w="120" w:type="dxa"/>
            </w:tcMar>
            <w:shd w:fill="F3F8FB"/>
          </w:tcPr>
          <w:p>
            <w:pPr>
              <w:spacing w:before="0" w:after="0" w:line="259" w:lineRule="auto"/>
              <w:jc w:val="left"/>
            </w:pPr>
            <w:r/>
            <w:r>
              <w:rPr>
                <w:rFonts w:ascii="Noto Sans JP" w:hAnsi="Noto Sans JP" w:eastAsia="Noto Sans JP"/>
                <w:b w:val="0"/>
                <w:color w:val="000000"/>
                <w:sz w:val="16"/>
              </w:rPr>
              <w:t>□ 実務</w:t>
              <w:br/>
              <w:t>□ 経験あり</w:t>
              <w:br/>
              <w:t>□ 未経験</w:t>
            </w:r>
          </w:p>
        </w:tc>
        <w:tc>
          <w:tcPr>
            <w:tcW w:type="dxa" w:w="2494"/>
            <w:vAlign w:val="center"/>
            <w:tcMar>
              <w:top w:w="110" w:type="dxa"/>
              <w:start w:w="120" w:type="dxa"/>
              <w:bottom w:w="110" w:type="dxa"/>
              <w:end w:w="120" w:type="dxa"/>
            </w:tcMar>
            <w:shd w:fill="F3F8FB"/>
          </w:tcPr>
          <w:p>
            <w:pPr>
              <w:spacing w:before="0" w:after="0" w:line="259" w:lineRule="auto"/>
              <w:jc w:val="left"/>
            </w:pPr>
            <w:r/>
            <w:r>
              <w:rPr>
                <w:rFonts w:ascii="Noto Sans JP" w:hAnsi="Noto Sans JP" w:eastAsia="Noto Sans JP"/>
                <w:b w:val="0"/>
                <w:color w:val="000000"/>
                <w:sz w:val="17"/>
              </w:rPr>
              <w:t>写真・動画・記事制作</w:t>
            </w:r>
          </w:p>
        </w:tc>
        <w:tc>
          <w:tcPr>
            <w:tcW w:type="dxa" w:w="2494"/>
            <w:vAlign w:val="center"/>
            <w:tcMar>
              <w:top w:w="110" w:type="dxa"/>
              <w:start w:w="120" w:type="dxa"/>
              <w:bottom w:w="110" w:type="dxa"/>
              <w:end w:w="120" w:type="dxa"/>
            </w:tcMar>
            <w:shd w:fill="F3F8FB"/>
          </w:tcPr>
          <w:p>
            <w:pPr>
              <w:spacing w:before="0" w:after="0" w:line="259" w:lineRule="auto"/>
              <w:jc w:val="left"/>
            </w:pPr>
            <w:r/>
            <w:r>
              <w:rPr>
                <w:rFonts w:ascii="Noto Sans JP" w:hAnsi="Noto Sans JP" w:eastAsia="Noto Sans JP"/>
                <w:b w:val="0"/>
                <w:color w:val="000000"/>
                <w:sz w:val="16"/>
              </w:rPr>
              <w:t>□ 実務</w:t>
              <w:br/>
              <w:t>□ 経験あり</w:t>
              <w:br/>
              <w:t>□ 未経験</w:t>
            </w:r>
          </w:p>
        </w:tc>
      </w:tr>
      <w:tr>
        <w:trPr>
          <w:trHeight w:val="560" w:hRule="atLeast"/>
        </w:trPr>
        <w:tc>
          <w:tcPr>
            <w:tcW w:type="dxa" w:w="2494"/>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7"/>
              </w:rPr>
              <w:t>Web広告・販売促進</w:t>
            </w:r>
          </w:p>
        </w:tc>
        <w:tc>
          <w:tcPr>
            <w:tcW w:type="dxa" w:w="2494"/>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6"/>
              </w:rPr>
              <w:t>□ 実務</w:t>
              <w:br/>
              <w:t>□ 経験あり</w:t>
              <w:br/>
              <w:t>□ 未経験</w:t>
            </w:r>
          </w:p>
        </w:tc>
        <w:tc>
          <w:tcPr>
            <w:tcW w:type="dxa" w:w="2494"/>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7"/>
              </w:rPr>
              <w:t>顧客管理・データ分析</w:t>
            </w:r>
          </w:p>
        </w:tc>
        <w:tc>
          <w:tcPr>
            <w:tcW w:type="dxa" w:w="2494"/>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6"/>
              </w:rPr>
              <w:t>□ 実務</w:t>
              <w:br/>
              <w:t>□ 経験あり</w:t>
              <w:br/>
              <w:t>□ 未経験</w:t>
            </w:r>
          </w:p>
        </w:tc>
      </w:tr>
      <w:tr>
        <w:trPr>
          <w:trHeight w:val="560" w:hRule="atLeast"/>
        </w:trPr>
        <w:tc>
          <w:tcPr>
            <w:tcW w:type="dxa" w:w="2494"/>
            <w:vAlign w:val="center"/>
            <w:tcMar>
              <w:top w:w="110" w:type="dxa"/>
              <w:start w:w="120" w:type="dxa"/>
              <w:bottom w:w="110" w:type="dxa"/>
              <w:end w:w="120" w:type="dxa"/>
            </w:tcMar>
            <w:shd w:fill="F3F8FB"/>
          </w:tcPr>
          <w:p>
            <w:pPr>
              <w:spacing w:before="0" w:after="0" w:line="259" w:lineRule="auto"/>
              <w:jc w:val="left"/>
            </w:pPr>
            <w:r/>
            <w:r>
              <w:rPr>
                <w:rFonts w:ascii="Noto Sans JP" w:hAnsi="Noto Sans JP" w:eastAsia="Noto Sans JP"/>
                <w:b w:val="0"/>
                <w:color w:val="000000"/>
                <w:sz w:val="17"/>
              </w:rPr>
              <w:t>食品販売・流通・卸売</w:t>
            </w:r>
          </w:p>
        </w:tc>
        <w:tc>
          <w:tcPr>
            <w:tcW w:type="dxa" w:w="2494"/>
            <w:vAlign w:val="center"/>
            <w:tcMar>
              <w:top w:w="110" w:type="dxa"/>
              <w:start w:w="120" w:type="dxa"/>
              <w:bottom w:w="110" w:type="dxa"/>
              <w:end w:w="120" w:type="dxa"/>
            </w:tcMar>
            <w:shd w:fill="F3F8FB"/>
          </w:tcPr>
          <w:p>
            <w:pPr>
              <w:spacing w:before="0" w:after="0" w:line="259" w:lineRule="auto"/>
              <w:jc w:val="left"/>
            </w:pPr>
            <w:r/>
            <w:r>
              <w:rPr>
                <w:rFonts w:ascii="Noto Sans JP" w:hAnsi="Noto Sans JP" w:eastAsia="Noto Sans JP"/>
                <w:b w:val="0"/>
                <w:color w:val="000000"/>
                <w:sz w:val="16"/>
              </w:rPr>
              <w:t>□ 実務</w:t>
              <w:br/>
              <w:t>□ 経験あり</w:t>
              <w:br/>
              <w:t>□ 未経験</w:t>
            </w:r>
          </w:p>
        </w:tc>
        <w:tc>
          <w:tcPr>
            <w:tcW w:type="dxa" w:w="2494"/>
            <w:vAlign w:val="center"/>
            <w:tcMar>
              <w:top w:w="110" w:type="dxa"/>
              <w:start w:w="120" w:type="dxa"/>
              <w:bottom w:w="110" w:type="dxa"/>
              <w:end w:w="120" w:type="dxa"/>
            </w:tcMar>
            <w:shd w:fill="F3F8FB"/>
          </w:tcPr>
          <w:p>
            <w:pPr>
              <w:spacing w:before="0" w:after="0" w:line="259" w:lineRule="auto"/>
              <w:jc w:val="left"/>
            </w:pPr>
            <w:r/>
            <w:r>
              <w:rPr>
                <w:rFonts w:ascii="Noto Sans JP" w:hAnsi="Noto Sans JP" w:eastAsia="Noto Sans JP"/>
                <w:b w:val="0"/>
                <w:color w:val="000000"/>
                <w:sz w:val="17"/>
              </w:rPr>
              <w:t>デザイン・文章作成</w:t>
            </w:r>
          </w:p>
        </w:tc>
        <w:tc>
          <w:tcPr>
            <w:tcW w:type="dxa" w:w="2494"/>
            <w:vAlign w:val="center"/>
            <w:tcMar>
              <w:top w:w="110" w:type="dxa"/>
              <w:start w:w="120" w:type="dxa"/>
              <w:bottom w:w="110" w:type="dxa"/>
              <w:end w:w="120" w:type="dxa"/>
            </w:tcMar>
            <w:shd w:fill="F3F8FB"/>
          </w:tcPr>
          <w:p>
            <w:pPr>
              <w:spacing w:before="0" w:after="0" w:line="259" w:lineRule="auto"/>
              <w:jc w:val="left"/>
            </w:pPr>
            <w:r/>
            <w:r>
              <w:rPr>
                <w:rFonts w:ascii="Noto Sans JP" w:hAnsi="Noto Sans JP" w:eastAsia="Noto Sans JP"/>
                <w:b w:val="0"/>
                <w:color w:val="000000"/>
                <w:sz w:val="16"/>
              </w:rPr>
              <w:t>□ 実務</w:t>
              <w:br/>
              <w:t>□ 経験あり</w:t>
              <w:br/>
              <w:t>□ 未経験</w:t>
            </w:r>
          </w:p>
        </w:tc>
      </w:tr>
    </w:tbl>
    <w:p>
      <w:pPr>
        <w:spacing w:before="0" w:after="80" w:line="252" w:lineRule="auto"/>
      </w:pPr>
      <w:r>
        <w:rPr>
          <w:rFonts w:ascii="Noto Sans JP" w:hAnsi="Noto Sans JP" w:eastAsia="Noto Sans JP"/>
          <w:b w:val="0"/>
          <w:color w:val="4A545B"/>
          <w:sz w:val="17"/>
        </w:rPr>
        <w:t>※経験年数、担当内容、成果は、職務経歴書または本申込書の「主な経験や実績」に記載してください。</w:t>
      </w:r>
    </w:p>
    <w:p>
      <w:pPr>
        <w:spacing w:before="0" w:after="100" w:line="252" w:lineRule="auto"/>
      </w:pPr>
      <w:r>
        <w:rPr>
          <w:rFonts w:ascii="Noto Sans JP" w:hAnsi="Noto Sans JP" w:eastAsia="Noto Sans JP"/>
          <w:b/>
          <w:color w:val="000000"/>
          <w:sz w:val="30"/>
        </w:rPr>
        <w:t>経験と活動意向</w:t>
      </w:r>
    </w:p>
    <w:p>
      <w:pPr>
        <w:spacing w:before="0" w:after="80" w:line="252" w:lineRule="auto"/>
      </w:pPr>
      <w:r>
        <w:rPr>
          <w:rFonts w:ascii="Noto Sans JP" w:hAnsi="Noto Sans JP" w:eastAsia="Noto Sans JP"/>
          <w:b w:val="0"/>
          <w:color w:val="4A545B"/>
          <w:sz w:val="17"/>
        </w:rPr>
        <w:t>履歴書、職務経歴書、志望理由書を補足する範囲で、要点を簡潔に記入してください。</w:t>
      </w:r>
    </w:p>
    <w:p>
      <w:pPr>
        <w:keepNext/>
        <w:spacing w:before="70" w:after="70" w:line="252" w:lineRule="auto"/>
        <w:shd w:fill="DCEAF2"/>
        <w:ind w:left="140" w:right="100"/>
      </w:pPr>
      <w:r>
        <w:rPr>
          <w:rFonts w:ascii="Noto Sans JP" w:hAnsi="Noto Sans JP" w:eastAsia="Noto Sans JP"/>
          <w:b/>
          <w:color w:val="000000"/>
          <w:sz w:val="25"/>
        </w:rPr>
        <w:t>6  応募区分に関係する主な経験や実績</w:t>
      </w:r>
    </w:p>
    <w:tbl>
      <w:tblPr>
        <w:tblW w:type="auto" w:w="0"/>
        <w:jc w:val="center"/>
        <w:tblLayout w:type="fixed"/>
        <w:tblLook w:firstColumn="1" w:firstRow="1" w:lastColumn="0" w:lastRow="0" w:noHBand="0" w:noVBand="1" w:val="04A0"/>
        <w:tblBorders>
          <w:top w:val="single" w:sz="8" w:space="0" w:color="D9E1E5"/>
          <w:left w:val="single" w:sz="8" w:space="0" w:color="D9E1E5"/>
          <w:bottom w:val="single" w:sz="8" w:space="0" w:color="D9E1E5"/>
          <w:right w:val="single" w:sz="8" w:space="0" w:color="D9E1E5"/>
          <w:insideH w:val="single" w:sz="8" w:space="0" w:color="D9E1E5"/>
          <w:insideV w:val="single" w:sz="8" w:space="0" w:color="D9E1E5"/>
        </w:tblBorders>
      </w:tblPr>
      <w:tblGrid>
        <w:gridCol w:w="9978"/>
      </w:tblGrid>
      <w:tr>
        <w:trPr>
          <w:cantSplit/>
          <w:trHeight w:val="1750" w:hRule="atLeast"/>
        </w:trPr>
        <w:tc>
          <w:tcPr>
            <w:tcW w:type="dxa" w:w="9809"/>
            <w:tcMar>
              <w:top w:w="110" w:type="dxa"/>
              <w:start w:w="120" w:type="dxa"/>
              <w:bottom w:w="110" w:type="dxa"/>
              <w:end w:w="120" w:type="dxa"/>
            </w:tcMar>
          </w:tcPr>
          <w:p>
            <w:pPr>
              <w:spacing w:before="0" w:after="20" w:line="252" w:lineRule="auto"/>
            </w:pPr>
            <w:r/>
            <w:r>
              <w:rPr>
                <w:rFonts w:ascii="Noto Sans JP" w:hAnsi="Noto Sans JP" w:eastAsia="Noto Sans JP"/>
                <w:b w:val="0"/>
                <w:color w:val="6B747A"/>
                <w:sz w:val="17"/>
              </w:rPr>
              <w:t>担当した業務、役割、期間、成果など</w:t>
            </w:r>
          </w:p>
          <w:p>
            <w:pPr>
              <w:spacing w:before="0" w:after="0" w:line="240" w:lineRule="auto"/>
            </w:pPr>
            <w:r>
              <w:rPr>
                <w:rFonts w:ascii="Noto Sans JP" w:hAnsi="Noto Sans JP" w:eastAsia="Noto Sans JP"/>
                <w:b w:val="0"/>
                <w:color w:val="000000"/>
                <w:sz w:val="20"/>
              </w:rPr>
              <w:t xml:space="preserve">　</w:t>
            </w:r>
          </w:p>
          <w:p>
            <w:pPr>
              <w:spacing w:before="0" w:after="0" w:line="240" w:lineRule="auto"/>
            </w:pPr>
            <w:r>
              <w:rPr>
                <w:rFonts w:ascii="Noto Sans JP" w:hAnsi="Noto Sans JP" w:eastAsia="Noto Sans JP"/>
                <w:b w:val="0"/>
                <w:color w:val="000000"/>
                <w:sz w:val="20"/>
              </w:rPr>
              <w:t xml:space="preserve">　</w:t>
            </w:r>
          </w:p>
          <w:p>
            <w:pPr>
              <w:spacing w:before="0" w:after="0" w:line="240" w:lineRule="auto"/>
            </w:pPr>
            <w:r>
              <w:rPr>
                <w:rFonts w:ascii="Noto Sans JP" w:hAnsi="Noto Sans JP" w:eastAsia="Noto Sans JP"/>
                <w:b w:val="0"/>
                <w:color w:val="000000"/>
                <w:sz w:val="20"/>
              </w:rPr>
              <w:t xml:space="preserve">　</w:t>
            </w:r>
          </w:p>
          <w:p>
            <w:pPr>
              <w:spacing w:before="0" w:after="0" w:line="240" w:lineRule="auto"/>
            </w:pPr>
            <w:r>
              <w:rPr>
                <w:rFonts w:ascii="Noto Sans JP" w:hAnsi="Noto Sans JP" w:eastAsia="Noto Sans JP"/>
                <w:b w:val="0"/>
                <w:color w:val="000000"/>
                <w:sz w:val="20"/>
              </w:rPr>
              <w:t xml:space="preserve">　</w:t>
            </w:r>
          </w:p>
          <w:p>
            <w:pPr>
              <w:spacing w:before="0" w:after="0" w:line="240" w:lineRule="auto"/>
            </w:pPr>
            <w:r>
              <w:rPr>
                <w:rFonts w:ascii="Noto Sans JP" w:hAnsi="Noto Sans JP" w:eastAsia="Noto Sans JP"/>
                <w:b w:val="0"/>
                <w:color w:val="000000"/>
                <w:sz w:val="20"/>
              </w:rPr>
              <w:t xml:space="preserve">　</w:t>
            </w:r>
          </w:p>
          <w:p>
            <w:pPr>
              <w:spacing w:before="0" w:after="0" w:line="240" w:lineRule="auto"/>
            </w:pPr>
            <w:r>
              <w:rPr>
                <w:rFonts w:ascii="Noto Sans JP" w:hAnsi="Noto Sans JP" w:eastAsia="Noto Sans JP"/>
                <w:b w:val="0"/>
                <w:color w:val="000000"/>
                <w:sz w:val="20"/>
              </w:rPr>
              <w:t xml:space="preserve">　</w:t>
            </w:r>
          </w:p>
        </w:tc>
      </w:tr>
    </w:tbl>
    <w:p>
      <w:pPr>
        <w:keepNext/>
        <w:spacing w:before="70" w:after="70" w:line="252" w:lineRule="auto"/>
        <w:shd w:fill="DCEAF2"/>
        <w:ind w:left="140" w:right="100"/>
      </w:pPr>
      <w:r>
        <w:rPr>
          <w:rFonts w:ascii="Noto Sans JP" w:hAnsi="Noto Sans JP" w:eastAsia="Noto Sans JP"/>
          <w:b/>
          <w:color w:val="000000"/>
          <w:sz w:val="25"/>
        </w:rPr>
        <w:t>7  北大東島で取り組みたい活動</w:t>
      </w:r>
    </w:p>
    <w:tbl>
      <w:tblPr>
        <w:tblW w:type="auto" w:w="0"/>
        <w:jc w:val="center"/>
        <w:tblLayout w:type="fixed"/>
        <w:tblLook w:firstColumn="1" w:firstRow="1" w:lastColumn="0" w:lastRow="0" w:noHBand="0" w:noVBand="1" w:val="04A0"/>
        <w:tblBorders>
          <w:top w:val="single" w:sz="8" w:space="0" w:color="D9E1E5"/>
          <w:left w:val="single" w:sz="8" w:space="0" w:color="D9E1E5"/>
          <w:bottom w:val="single" w:sz="8" w:space="0" w:color="D9E1E5"/>
          <w:right w:val="single" w:sz="8" w:space="0" w:color="D9E1E5"/>
          <w:insideH w:val="single" w:sz="8" w:space="0" w:color="D9E1E5"/>
          <w:insideV w:val="single" w:sz="8" w:space="0" w:color="D9E1E5"/>
        </w:tblBorders>
      </w:tblPr>
      <w:tblGrid>
        <w:gridCol w:w="9978"/>
      </w:tblGrid>
      <w:tr>
        <w:trPr>
          <w:cantSplit/>
          <w:trHeight w:val="1750" w:hRule="atLeast"/>
        </w:trPr>
        <w:tc>
          <w:tcPr>
            <w:tcW w:type="dxa" w:w="9809"/>
            <w:tcMar>
              <w:top w:w="110" w:type="dxa"/>
              <w:start w:w="120" w:type="dxa"/>
              <w:bottom w:w="110" w:type="dxa"/>
              <w:end w:w="120" w:type="dxa"/>
            </w:tcMar>
          </w:tcPr>
          <w:p>
            <w:pPr>
              <w:spacing w:before="0" w:after="20" w:line="252" w:lineRule="auto"/>
            </w:pPr>
            <w:r/>
            <w:r>
              <w:rPr>
                <w:rFonts w:ascii="Noto Sans JP" w:hAnsi="Noto Sans JP" w:eastAsia="Noto Sans JP"/>
                <w:b w:val="0"/>
                <w:color w:val="6B747A"/>
                <w:sz w:val="17"/>
              </w:rPr>
              <w:t>希望する担当分野、着任後に学びたいこと、実現したい企画など</w:t>
            </w:r>
          </w:p>
          <w:p>
            <w:pPr>
              <w:spacing w:before="0" w:after="0" w:line="240" w:lineRule="auto"/>
            </w:pPr>
            <w:r>
              <w:rPr>
                <w:rFonts w:ascii="Noto Sans JP" w:hAnsi="Noto Sans JP" w:eastAsia="Noto Sans JP"/>
                <w:b w:val="0"/>
                <w:color w:val="000000"/>
                <w:sz w:val="20"/>
              </w:rPr>
              <w:t xml:space="preserve">　</w:t>
            </w:r>
          </w:p>
          <w:p>
            <w:pPr>
              <w:spacing w:before="0" w:after="0" w:line="240" w:lineRule="auto"/>
            </w:pPr>
            <w:r>
              <w:rPr>
                <w:rFonts w:ascii="Noto Sans JP" w:hAnsi="Noto Sans JP" w:eastAsia="Noto Sans JP"/>
                <w:b w:val="0"/>
                <w:color w:val="000000"/>
                <w:sz w:val="20"/>
              </w:rPr>
              <w:t xml:space="preserve">　</w:t>
            </w:r>
          </w:p>
          <w:p>
            <w:pPr>
              <w:spacing w:before="0" w:after="0" w:line="240" w:lineRule="auto"/>
            </w:pPr>
            <w:r>
              <w:rPr>
                <w:rFonts w:ascii="Noto Sans JP" w:hAnsi="Noto Sans JP" w:eastAsia="Noto Sans JP"/>
                <w:b w:val="0"/>
                <w:color w:val="000000"/>
                <w:sz w:val="20"/>
              </w:rPr>
              <w:t xml:space="preserve">　</w:t>
            </w:r>
          </w:p>
          <w:p>
            <w:pPr>
              <w:spacing w:before="0" w:after="0" w:line="240" w:lineRule="auto"/>
            </w:pPr>
            <w:r>
              <w:rPr>
                <w:rFonts w:ascii="Noto Sans JP" w:hAnsi="Noto Sans JP" w:eastAsia="Noto Sans JP"/>
                <w:b w:val="0"/>
                <w:color w:val="000000"/>
                <w:sz w:val="20"/>
              </w:rPr>
              <w:t xml:space="preserve">　</w:t>
            </w:r>
          </w:p>
          <w:p>
            <w:pPr>
              <w:spacing w:before="0" w:after="0" w:line="240" w:lineRule="auto"/>
            </w:pPr>
            <w:r>
              <w:rPr>
                <w:rFonts w:ascii="Noto Sans JP" w:hAnsi="Noto Sans JP" w:eastAsia="Noto Sans JP"/>
                <w:b w:val="0"/>
                <w:color w:val="000000"/>
                <w:sz w:val="20"/>
              </w:rPr>
              <w:t xml:space="preserve">　</w:t>
            </w:r>
          </w:p>
          <w:p>
            <w:pPr>
              <w:spacing w:before="0" w:after="0" w:line="240" w:lineRule="auto"/>
            </w:pPr>
            <w:r>
              <w:rPr>
                <w:rFonts w:ascii="Noto Sans JP" w:hAnsi="Noto Sans JP" w:eastAsia="Noto Sans JP"/>
                <w:b w:val="0"/>
                <w:color w:val="000000"/>
                <w:sz w:val="20"/>
              </w:rPr>
              <w:t xml:space="preserve">　</w:t>
            </w:r>
          </w:p>
        </w:tc>
      </w:tr>
    </w:tbl>
    <w:p>
      <w:pPr>
        <w:keepNext/>
        <w:spacing w:before="70" w:after="70" w:line="252" w:lineRule="auto"/>
        <w:shd w:fill="DCEAF2"/>
        <w:ind w:left="140" w:right="100"/>
      </w:pPr>
      <w:r>
        <w:rPr>
          <w:rFonts w:ascii="Noto Sans JP" w:hAnsi="Noto Sans JP" w:eastAsia="Noto Sans JP"/>
          <w:b/>
          <w:color w:val="000000"/>
          <w:sz w:val="25"/>
        </w:rPr>
        <w:t>8  移住と任期終了後の見通し</w:t>
      </w:r>
    </w:p>
    <w:tbl>
      <w:tblPr>
        <w:tblW w:type="auto" w:w="0"/>
        <w:jc w:val="center"/>
        <w:tblLayout w:type="fixed"/>
        <w:tblLook w:firstColumn="1" w:firstRow="1" w:lastColumn="0" w:lastRow="0" w:noHBand="0" w:noVBand="1" w:val="04A0"/>
        <w:tblBorders>
          <w:top w:val="single" w:sz="8" w:space="0" w:color="D9E1E5"/>
          <w:left w:val="single" w:sz="8" w:space="0" w:color="D9E1E5"/>
          <w:bottom w:val="single" w:sz="8" w:space="0" w:color="D9E1E5"/>
          <w:right w:val="single" w:sz="8" w:space="0" w:color="D9E1E5"/>
          <w:insideH w:val="single" w:sz="8" w:space="0" w:color="D9E1E5"/>
          <w:insideV w:val="single" w:sz="8" w:space="0" w:color="D9E1E5"/>
        </w:tblBorders>
      </w:tblPr>
      <w:tblGrid>
        <w:gridCol w:w="4989"/>
        <w:gridCol w:w="4989"/>
      </w:tblGrid>
      <w:tr>
        <w:trPr>
          <w:cantSplit/>
          <w:trHeight w:val="580" w:hRule="atLeast"/>
        </w:trPr>
        <w:tc>
          <w:tcPr>
            <w:tcW w:type="dxa" w:w="2381"/>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着任可能時期</w:t>
            </w:r>
          </w:p>
        </w:tc>
        <w:tc>
          <w:tcPr>
            <w:tcW w:type="dxa" w:w="7427"/>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20"/>
              </w:rPr>
              <w:t>令和　　 年　　 月頃　　□ 募集先と相談したい</w:t>
            </w:r>
          </w:p>
        </w:tc>
      </w:tr>
      <w:tr>
        <w:trPr>
          <w:cantSplit/>
          <w:trHeight w:val="580" w:hRule="atLeast"/>
        </w:trPr>
        <w:tc>
          <w:tcPr>
            <w:tcW w:type="dxa" w:w="2381"/>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移住上の確認事項</w:t>
            </w:r>
          </w:p>
        </w:tc>
        <w:tc>
          <w:tcPr>
            <w:tcW w:type="dxa" w:w="7427"/>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20"/>
              </w:rPr>
              <w:t>家族、住居、現在の仕事、引っ越し等について確認したい事項：</w:t>
            </w:r>
          </w:p>
        </w:tc>
      </w:tr>
      <w:tr>
        <w:trPr>
          <w:cantSplit/>
          <w:trHeight w:val="580" w:hRule="atLeast"/>
        </w:trPr>
        <w:tc>
          <w:tcPr>
            <w:tcW w:type="dxa" w:w="2381"/>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任期終了後の希望</w:t>
            </w:r>
          </w:p>
        </w:tc>
        <w:tc>
          <w:tcPr>
            <w:tcW w:type="dxa" w:w="7427"/>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20"/>
              </w:rPr>
              <w:t>□ 島内就業　□ 島内起業　□ 就業・起業の両方を検討　□ 検討中</w:t>
            </w:r>
          </w:p>
        </w:tc>
      </w:tr>
      <w:tr>
        <w:trPr>
          <w:cantSplit/>
          <w:trHeight w:val="1650" w:hRule="atLeast"/>
        </w:trPr>
        <w:tc>
          <w:tcPr>
            <w:tcW w:type="dxa" w:w="2381"/>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現時点の構想</w:t>
            </w:r>
          </w:p>
        </w:tc>
        <w:tc>
          <w:tcPr>
            <w:tcW w:type="dxa" w:w="7427"/>
            <w:tcMar>
              <w:top w:w="110" w:type="dxa"/>
              <w:start w:w="120" w:type="dxa"/>
              <w:bottom w:w="110" w:type="dxa"/>
              <w:end w:w="120" w:type="dxa"/>
            </w:tcMar>
          </w:tcPr>
          <w:p>
            <w:pPr>
              <w:spacing w:before="0" w:after="20" w:line="252" w:lineRule="auto"/>
            </w:pPr>
            <w:r/>
            <w:r>
              <w:rPr>
                <w:rFonts w:ascii="Noto Sans JP" w:hAnsi="Noto Sans JP" w:eastAsia="Noto Sans JP"/>
                <w:b w:val="0"/>
                <w:color w:val="6B747A"/>
                <w:sz w:val="17"/>
              </w:rPr>
              <w:t>希望する仕事や事業、地域との関わり方など</w:t>
            </w:r>
          </w:p>
          <w:p>
            <w:pPr>
              <w:spacing w:before="0" w:after="0" w:line="240" w:lineRule="auto"/>
            </w:pPr>
            <w:r>
              <w:rPr>
                <w:rFonts w:ascii="Noto Sans JP" w:hAnsi="Noto Sans JP" w:eastAsia="Noto Sans JP"/>
                <w:b w:val="0"/>
                <w:color w:val="000000"/>
                <w:sz w:val="20"/>
              </w:rPr>
              <w:t xml:space="preserve">　</w:t>
            </w:r>
          </w:p>
          <w:p>
            <w:pPr>
              <w:spacing w:before="0" w:after="0" w:line="240" w:lineRule="auto"/>
            </w:pPr>
            <w:r>
              <w:rPr>
                <w:rFonts w:ascii="Noto Sans JP" w:hAnsi="Noto Sans JP" w:eastAsia="Noto Sans JP"/>
                <w:b w:val="0"/>
                <w:color w:val="000000"/>
                <w:sz w:val="20"/>
              </w:rPr>
              <w:t xml:space="preserve">　</w:t>
            </w:r>
          </w:p>
          <w:p>
            <w:pPr>
              <w:spacing w:before="0" w:after="0" w:line="240" w:lineRule="auto"/>
            </w:pPr>
            <w:r>
              <w:rPr>
                <w:rFonts w:ascii="Noto Sans JP" w:hAnsi="Noto Sans JP" w:eastAsia="Noto Sans JP"/>
                <w:b w:val="0"/>
                <w:color w:val="000000"/>
                <w:sz w:val="20"/>
              </w:rPr>
              <w:t xml:space="preserve">　</w:t>
            </w:r>
          </w:p>
          <w:p>
            <w:pPr>
              <w:spacing w:before="0" w:after="0" w:line="240" w:lineRule="auto"/>
            </w:pPr>
            <w:r>
              <w:rPr>
                <w:rFonts w:ascii="Noto Sans JP" w:hAnsi="Noto Sans JP" w:eastAsia="Noto Sans JP"/>
                <w:b w:val="0"/>
                <w:color w:val="000000"/>
                <w:sz w:val="20"/>
              </w:rPr>
              <w:t xml:space="preserve">　</w:t>
            </w:r>
          </w:p>
          <w:p>
            <w:pPr>
              <w:spacing w:before="0" w:after="0" w:line="240" w:lineRule="auto"/>
            </w:pPr>
            <w:r>
              <w:rPr>
                <w:rFonts w:ascii="Noto Sans JP" w:hAnsi="Noto Sans JP" w:eastAsia="Noto Sans JP"/>
                <w:b w:val="0"/>
                <w:color w:val="000000"/>
                <w:sz w:val="20"/>
              </w:rPr>
              <w:t xml:space="preserve">　</w:t>
            </w:r>
          </w:p>
        </w:tc>
      </w:tr>
    </w:tbl>
    <w:p>
      <w:pPr>
        <w:keepNext/>
        <w:spacing w:before="70" w:after="70" w:line="252" w:lineRule="auto"/>
        <w:shd w:fill="DCEAF2"/>
        <w:ind w:left="140" w:right="100"/>
      </w:pPr>
      <w:r>
        <w:rPr>
          <w:rFonts w:ascii="Noto Sans JP" w:hAnsi="Noto Sans JP" w:eastAsia="Noto Sans JP"/>
          <w:b/>
          <w:color w:val="000000"/>
          <w:sz w:val="25"/>
        </w:rPr>
        <w:t>9  面接と現地見学</w:t>
      </w:r>
    </w:p>
    <w:tbl>
      <w:tblPr>
        <w:tblW w:type="auto" w:w="0"/>
        <w:jc w:val="center"/>
        <w:tblLayout w:type="fixed"/>
        <w:tblLook w:firstColumn="1" w:firstRow="1" w:lastColumn="0" w:lastRow="0" w:noHBand="0" w:noVBand="1" w:val="04A0"/>
        <w:tblBorders>
          <w:top w:val="single" w:sz="8" w:space="0" w:color="D9E1E5"/>
          <w:left w:val="single" w:sz="8" w:space="0" w:color="D9E1E5"/>
          <w:bottom w:val="single" w:sz="8" w:space="0" w:color="D9E1E5"/>
          <w:right w:val="single" w:sz="8" w:space="0" w:color="D9E1E5"/>
          <w:insideH w:val="single" w:sz="8" w:space="0" w:color="D9E1E5"/>
          <w:insideV w:val="single" w:sz="8" w:space="0" w:color="D9E1E5"/>
        </w:tblBorders>
      </w:tblPr>
      <w:tblGrid>
        <w:gridCol w:w="4989"/>
        <w:gridCol w:w="4989"/>
      </w:tblGrid>
      <w:tr>
        <w:trPr>
          <w:cantSplit/>
        </w:trPr>
        <w:tc>
          <w:tcPr>
            <w:tcW w:type="dxa" w:w="2381"/>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面接方法</w:t>
            </w:r>
          </w:p>
        </w:tc>
        <w:tc>
          <w:tcPr>
            <w:tcW w:type="dxa" w:w="7427"/>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20"/>
              </w:rPr>
              <w:t>□ オンラインを希望　□ 北大東村での面接を希望　□ どちらでも可</w:t>
            </w:r>
          </w:p>
        </w:tc>
      </w:tr>
      <w:tr>
        <w:trPr>
          <w:cantSplit/>
        </w:trPr>
        <w:tc>
          <w:tcPr>
            <w:tcW w:type="dxa" w:w="2381"/>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現地見学</w:t>
            </w:r>
          </w:p>
        </w:tc>
        <w:tc>
          <w:tcPr>
            <w:tcW w:type="dxa" w:w="7427"/>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20"/>
              </w:rPr>
              <w:t>□ 参加を希望　□ 日程により参加可能　□ 希望しない　□ 相談したい</w:t>
            </w:r>
          </w:p>
        </w:tc>
      </w:tr>
    </w:tbl>
    <w:p>
      <w:r>
        <w:br w:type="page"/>
      </w:r>
    </w:p>
    <w:p>
      <w:pPr>
        <w:spacing w:before="0" w:after="100" w:line="252" w:lineRule="auto"/>
      </w:pPr>
      <w:r>
        <w:rPr>
          <w:rFonts w:ascii="Noto Sans JP" w:hAnsi="Noto Sans JP" w:eastAsia="Noto Sans JP"/>
          <w:b/>
          <w:color w:val="000000"/>
          <w:sz w:val="30"/>
        </w:rPr>
        <w:t>提出書類と誓約</w:t>
      </w:r>
    </w:p>
    <w:p>
      <w:pPr>
        <w:keepNext/>
        <w:spacing w:before="70" w:after="70" w:line="252" w:lineRule="auto"/>
        <w:shd w:fill="DCEAF2"/>
        <w:ind w:left="140" w:right="100"/>
      </w:pPr>
      <w:r>
        <w:rPr>
          <w:rFonts w:ascii="Noto Sans JP" w:hAnsi="Noto Sans JP" w:eastAsia="Noto Sans JP"/>
          <w:b/>
          <w:color w:val="000000"/>
          <w:sz w:val="25"/>
        </w:rPr>
        <w:t>10  提出書類の確認</w:t>
      </w:r>
    </w:p>
    <w:tbl>
      <w:tblPr>
        <w:tblW w:type="auto" w:w="0"/>
        <w:jc w:val="center"/>
        <w:tblLayout w:type="fixed"/>
        <w:tblLook w:firstColumn="1" w:firstRow="1" w:lastColumn="0" w:lastRow="0" w:noHBand="0" w:noVBand="1" w:val="04A0"/>
        <w:tblBorders>
          <w:top w:val="single" w:sz="8" w:space="0" w:color="D9E1E5"/>
          <w:left w:val="single" w:sz="8" w:space="0" w:color="D9E1E5"/>
          <w:bottom w:val="single" w:sz="8" w:space="0" w:color="D9E1E5"/>
          <w:right w:val="single" w:sz="8" w:space="0" w:color="D9E1E5"/>
          <w:insideH w:val="single" w:sz="8" w:space="0" w:color="D9E1E5"/>
          <w:insideV w:val="single" w:sz="8" w:space="0" w:color="D9E1E5"/>
        </w:tblBorders>
      </w:tblPr>
      <w:tblGrid>
        <w:gridCol w:w="3326"/>
        <w:gridCol w:w="3326"/>
        <w:gridCol w:w="3326"/>
      </w:tblGrid>
      <w:tr>
        <w:trPr>
          <w:cantSplit/>
        </w:trPr>
        <w:tc>
          <w:tcPr>
            <w:tcW w:type="dxa" w:w="567"/>
            <w:tcMar>
              <w:top w:w="110" w:type="dxa"/>
              <w:start w:w="120" w:type="dxa"/>
              <w:bottom w:w="110" w:type="dxa"/>
              <w:end w:w="120" w:type="dxa"/>
            </w:tcMar>
            <w:shd w:fill="234A63"/>
            <w:vAlign w:val="center"/>
          </w:tcPr>
          <w:p>
            <w:pPr>
              <w:spacing w:before="0" w:after="0" w:line="259" w:lineRule="auto"/>
              <w:jc w:val="center"/>
            </w:pPr>
            <w:r/>
            <w:r>
              <w:rPr>
                <w:rFonts w:ascii="Noto Sans JP" w:hAnsi="Noto Sans JP" w:eastAsia="Noto Sans JP"/>
                <w:b/>
                <w:color w:val="FFFFFF"/>
                <w:sz w:val="18"/>
              </w:rPr>
              <w:t>No</w:t>
            </w:r>
          </w:p>
        </w:tc>
        <w:tc>
          <w:tcPr>
            <w:tcW w:type="dxa" w:w="6690"/>
            <w:tcMar>
              <w:top w:w="110" w:type="dxa"/>
              <w:start w:w="120" w:type="dxa"/>
              <w:bottom w:w="110" w:type="dxa"/>
              <w:end w:w="120" w:type="dxa"/>
            </w:tcMar>
            <w:shd w:fill="234A63"/>
            <w:vAlign w:val="center"/>
          </w:tcPr>
          <w:p>
            <w:pPr>
              <w:spacing w:before="0" w:after="0" w:line="259" w:lineRule="auto"/>
              <w:jc w:val="center"/>
            </w:pPr>
            <w:r/>
            <w:r>
              <w:rPr>
                <w:rFonts w:ascii="Noto Sans JP" w:hAnsi="Noto Sans JP" w:eastAsia="Noto Sans JP"/>
                <w:b/>
                <w:color w:val="FFFFFF"/>
                <w:sz w:val="18"/>
              </w:rPr>
              <w:t>提出書類</w:t>
            </w:r>
          </w:p>
        </w:tc>
        <w:tc>
          <w:tcPr>
            <w:tcW w:type="dxa" w:w="2551"/>
            <w:tcMar>
              <w:top w:w="110" w:type="dxa"/>
              <w:start w:w="120" w:type="dxa"/>
              <w:bottom w:w="110" w:type="dxa"/>
              <w:end w:w="120" w:type="dxa"/>
            </w:tcMar>
            <w:shd w:fill="234A63"/>
            <w:vAlign w:val="center"/>
          </w:tcPr>
          <w:p>
            <w:pPr>
              <w:spacing w:before="0" w:after="0" w:line="259" w:lineRule="auto"/>
              <w:jc w:val="center"/>
            </w:pPr>
            <w:r/>
            <w:r>
              <w:rPr>
                <w:rFonts w:ascii="Noto Sans JP" w:hAnsi="Noto Sans JP" w:eastAsia="Noto Sans JP"/>
                <w:b/>
                <w:color w:val="FFFFFF"/>
                <w:sz w:val="18"/>
              </w:rPr>
              <w:t>確認</w:t>
            </w:r>
          </w:p>
        </w:tc>
      </w:tr>
      <w:tr>
        <w:trPr>
          <w:trHeight w:val="480" w:hRule="atLeast"/>
        </w:trPr>
        <w:tc>
          <w:tcPr>
            <w:tcW w:type="dxa" w:w="3326"/>
            <w:vAlign w:val="center"/>
            <w:tcMar>
              <w:top w:w="110" w:type="dxa"/>
              <w:start w:w="120" w:type="dxa"/>
              <w:bottom w:w="110" w:type="dxa"/>
              <w:end w:w="120" w:type="dxa"/>
            </w:tcMar>
          </w:tcPr>
          <w:p>
            <w:pPr>
              <w:spacing w:before="0" w:after="0" w:line="259" w:lineRule="auto"/>
              <w:jc w:val="center"/>
            </w:pPr>
            <w:r/>
            <w:r>
              <w:rPr>
                <w:rFonts w:ascii="Noto Sans JP" w:hAnsi="Noto Sans JP" w:eastAsia="Noto Sans JP"/>
                <w:b w:val="0"/>
                <w:color w:val="000000"/>
                <w:sz w:val="20"/>
              </w:rPr>
              <w:t>1</w:t>
            </w:r>
          </w:p>
        </w:tc>
        <w:tc>
          <w:tcPr>
            <w:tcW w:type="dxa" w:w="3326"/>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9"/>
              </w:rPr>
              <w:t>北大東村地域おこし協力隊応募申込書 本書</w:t>
            </w:r>
          </w:p>
        </w:tc>
        <w:tc>
          <w:tcPr>
            <w:tcW w:type="dxa" w:w="3326"/>
            <w:vAlign w:val="center"/>
            <w:tcMar>
              <w:top w:w="110" w:type="dxa"/>
              <w:start w:w="120" w:type="dxa"/>
              <w:bottom w:w="110" w:type="dxa"/>
              <w:end w:w="120" w:type="dxa"/>
            </w:tcMar>
          </w:tcPr>
          <w:p>
            <w:pPr>
              <w:spacing w:before="0" w:after="0" w:line="259" w:lineRule="auto"/>
              <w:jc w:val="center"/>
            </w:pPr>
            <w:r/>
            <w:r>
              <w:rPr>
                <w:rFonts w:ascii="Noto Sans JP" w:hAnsi="Noto Sans JP" w:eastAsia="Noto Sans JP"/>
                <w:b w:val="0"/>
                <w:color w:val="000000"/>
                <w:sz w:val="18"/>
              </w:rPr>
              <w:t>□ 同封・添付　□ 後日提出</w:t>
            </w:r>
          </w:p>
        </w:tc>
      </w:tr>
      <w:tr>
        <w:trPr>
          <w:trHeight w:val="480" w:hRule="atLeast"/>
        </w:trPr>
        <w:tc>
          <w:tcPr>
            <w:tcW w:type="dxa" w:w="3326"/>
            <w:vAlign w:val="center"/>
            <w:tcMar>
              <w:top w:w="110" w:type="dxa"/>
              <w:start w:w="120" w:type="dxa"/>
              <w:bottom w:w="110" w:type="dxa"/>
              <w:end w:w="120" w:type="dxa"/>
            </w:tcMar>
            <w:shd w:fill="F3F8FB"/>
          </w:tcPr>
          <w:p>
            <w:pPr>
              <w:spacing w:before="0" w:after="0" w:line="259" w:lineRule="auto"/>
              <w:jc w:val="center"/>
            </w:pPr>
            <w:r/>
            <w:r>
              <w:rPr>
                <w:rFonts w:ascii="Noto Sans JP" w:hAnsi="Noto Sans JP" w:eastAsia="Noto Sans JP"/>
                <w:b w:val="0"/>
                <w:color w:val="000000"/>
                <w:sz w:val="20"/>
              </w:rPr>
              <w:t>2</w:t>
            </w:r>
          </w:p>
        </w:tc>
        <w:tc>
          <w:tcPr>
            <w:tcW w:type="dxa" w:w="3326"/>
            <w:vAlign w:val="center"/>
            <w:tcMar>
              <w:top w:w="110" w:type="dxa"/>
              <w:start w:w="120" w:type="dxa"/>
              <w:bottom w:w="110" w:type="dxa"/>
              <w:end w:w="120" w:type="dxa"/>
            </w:tcMar>
            <w:shd w:fill="F3F8FB"/>
          </w:tcPr>
          <w:p>
            <w:pPr>
              <w:spacing w:before="0" w:after="0" w:line="259" w:lineRule="auto"/>
              <w:jc w:val="left"/>
            </w:pPr>
            <w:r/>
            <w:r>
              <w:rPr>
                <w:rFonts w:ascii="Noto Sans JP" w:hAnsi="Noto Sans JP" w:eastAsia="Noto Sans JP"/>
                <w:b w:val="0"/>
                <w:color w:val="000000"/>
                <w:sz w:val="19"/>
              </w:rPr>
              <w:t>履歴書</w:t>
            </w:r>
          </w:p>
        </w:tc>
        <w:tc>
          <w:tcPr>
            <w:tcW w:type="dxa" w:w="3326"/>
            <w:vAlign w:val="center"/>
            <w:tcMar>
              <w:top w:w="110" w:type="dxa"/>
              <w:start w:w="120" w:type="dxa"/>
              <w:bottom w:w="110" w:type="dxa"/>
              <w:end w:w="120" w:type="dxa"/>
            </w:tcMar>
            <w:shd w:fill="F3F8FB"/>
          </w:tcPr>
          <w:p>
            <w:pPr>
              <w:spacing w:before="0" w:after="0" w:line="259" w:lineRule="auto"/>
              <w:jc w:val="center"/>
            </w:pPr>
            <w:r/>
            <w:r>
              <w:rPr>
                <w:rFonts w:ascii="Noto Sans JP" w:hAnsi="Noto Sans JP" w:eastAsia="Noto Sans JP"/>
                <w:b w:val="0"/>
                <w:color w:val="000000"/>
                <w:sz w:val="18"/>
              </w:rPr>
              <w:t>□ 同封・添付　□ 後日提出</w:t>
            </w:r>
          </w:p>
        </w:tc>
      </w:tr>
      <w:tr>
        <w:trPr>
          <w:trHeight w:val="480" w:hRule="atLeast"/>
        </w:trPr>
        <w:tc>
          <w:tcPr>
            <w:tcW w:type="dxa" w:w="3326"/>
            <w:vAlign w:val="center"/>
            <w:tcMar>
              <w:top w:w="110" w:type="dxa"/>
              <w:start w:w="120" w:type="dxa"/>
              <w:bottom w:w="110" w:type="dxa"/>
              <w:end w:w="120" w:type="dxa"/>
            </w:tcMar>
          </w:tcPr>
          <w:p>
            <w:pPr>
              <w:spacing w:before="0" w:after="0" w:line="259" w:lineRule="auto"/>
              <w:jc w:val="center"/>
            </w:pPr>
            <w:r/>
            <w:r>
              <w:rPr>
                <w:rFonts w:ascii="Noto Sans JP" w:hAnsi="Noto Sans JP" w:eastAsia="Noto Sans JP"/>
                <w:b w:val="0"/>
                <w:color w:val="000000"/>
                <w:sz w:val="20"/>
              </w:rPr>
              <w:t>3</w:t>
            </w:r>
          </w:p>
        </w:tc>
        <w:tc>
          <w:tcPr>
            <w:tcW w:type="dxa" w:w="3326"/>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9"/>
              </w:rPr>
              <w:t>職務経歴書</w:t>
            </w:r>
          </w:p>
        </w:tc>
        <w:tc>
          <w:tcPr>
            <w:tcW w:type="dxa" w:w="3326"/>
            <w:vAlign w:val="center"/>
            <w:tcMar>
              <w:top w:w="110" w:type="dxa"/>
              <w:start w:w="120" w:type="dxa"/>
              <w:bottom w:w="110" w:type="dxa"/>
              <w:end w:w="120" w:type="dxa"/>
            </w:tcMar>
          </w:tcPr>
          <w:p>
            <w:pPr>
              <w:spacing w:before="0" w:after="0" w:line="259" w:lineRule="auto"/>
              <w:jc w:val="center"/>
            </w:pPr>
            <w:r/>
            <w:r>
              <w:rPr>
                <w:rFonts w:ascii="Noto Sans JP" w:hAnsi="Noto Sans JP" w:eastAsia="Noto Sans JP"/>
                <w:b w:val="0"/>
                <w:color w:val="000000"/>
                <w:sz w:val="18"/>
              </w:rPr>
              <w:t>□ 同封・添付　□ 後日提出</w:t>
            </w:r>
          </w:p>
        </w:tc>
      </w:tr>
      <w:tr>
        <w:trPr>
          <w:trHeight w:val="480" w:hRule="atLeast"/>
        </w:trPr>
        <w:tc>
          <w:tcPr>
            <w:tcW w:type="dxa" w:w="3326"/>
            <w:vAlign w:val="center"/>
            <w:tcMar>
              <w:top w:w="110" w:type="dxa"/>
              <w:start w:w="120" w:type="dxa"/>
              <w:bottom w:w="110" w:type="dxa"/>
              <w:end w:w="120" w:type="dxa"/>
            </w:tcMar>
            <w:shd w:fill="F3F8FB"/>
          </w:tcPr>
          <w:p>
            <w:pPr>
              <w:spacing w:before="0" w:after="0" w:line="259" w:lineRule="auto"/>
              <w:jc w:val="center"/>
            </w:pPr>
            <w:r/>
            <w:r>
              <w:rPr>
                <w:rFonts w:ascii="Noto Sans JP" w:hAnsi="Noto Sans JP" w:eastAsia="Noto Sans JP"/>
                <w:b w:val="0"/>
                <w:color w:val="000000"/>
                <w:sz w:val="20"/>
              </w:rPr>
              <w:t>4</w:t>
            </w:r>
          </w:p>
        </w:tc>
        <w:tc>
          <w:tcPr>
            <w:tcW w:type="dxa" w:w="3326"/>
            <w:vAlign w:val="center"/>
            <w:tcMar>
              <w:top w:w="110" w:type="dxa"/>
              <w:start w:w="120" w:type="dxa"/>
              <w:bottom w:w="110" w:type="dxa"/>
              <w:end w:w="120" w:type="dxa"/>
            </w:tcMar>
            <w:shd w:fill="F3F8FB"/>
          </w:tcPr>
          <w:p>
            <w:pPr>
              <w:spacing w:before="0" w:after="0" w:line="259" w:lineRule="auto"/>
              <w:jc w:val="left"/>
            </w:pPr>
            <w:r/>
            <w:r>
              <w:rPr>
                <w:rFonts w:ascii="Noto Sans JP" w:hAnsi="Noto Sans JP" w:eastAsia="Noto Sans JP"/>
                <w:b w:val="0"/>
                <w:color w:val="000000"/>
                <w:sz w:val="19"/>
              </w:rPr>
              <w:t>志望理由書</w:t>
            </w:r>
          </w:p>
        </w:tc>
        <w:tc>
          <w:tcPr>
            <w:tcW w:type="dxa" w:w="3326"/>
            <w:vAlign w:val="center"/>
            <w:tcMar>
              <w:top w:w="110" w:type="dxa"/>
              <w:start w:w="120" w:type="dxa"/>
              <w:bottom w:w="110" w:type="dxa"/>
              <w:end w:w="120" w:type="dxa"/>
            </w:tcMar>
            <w:shd w:fill="F3F8FB"/>
          </w:tcPr>
          <w:p>
            <w:pPr>
              <w:spacing w:before="0" w:after="0" w:line="259" w:lineRule="auto"/>
              <w:jc w:val="center"/>
            </w:pPr>
            <w:r/>
            <w:r>
              <w:rPr>
                <w:rFonts w:ascii="Noto Sans JP" w:hAnsi="Noto Sans JP" w:eastAsia="Noto Sans JP"/>
                <w:b w:val="0"/>
                <w:color w:val="000000"/>
                <w:sz w:val="18"/>
              </w:rPr>
              <w:t>□ 同封・添付　□ 後日提出</w:t>
            </w:r>
          </w:p>
        </w:tc>
      </w:tr>
      <w:tr>
        <w:trPr>
          <w:trHeight w:val="480" w:hRule="atLeast"/>
        </w:trPr>
        <w:tc>
          <w:tcPr>
            <w:tcW w:type="dxa" w:w="3326"/>
            <w:vAlign w:val="center"/>
            <w:tcMar>
              <w:top w:w="110" w:type="dxa"/>
              <w:start w:w="120" w:type="dxa"/>
              <w:bottom w:w="110" w:type="dxa"/>
              <w:end w:w="120" w:type="dxa"/>
            </w:tcMar>
          </w:tcPr>
          <w:p>
            <w:pPr>
              <w:spacing w:before="0" w:after="0" w:line="259" w:lineRule="auto"/>
              <w:jc w:val="center"/>
            </w:pPr>
            <w:r/>
            <w:r>
              <w:rPr>
                <w:rFonts w:ascii="Noto Sans JP" w:hAnsi="Noto Sans JP" w:eastAsia="Noto Sans JP"/>
                <w:b w:val="0"/>
                <w:color w:val="000000"/>
                <w:sz w:val="20"/>
              </w:rPr>
              <w:t>5</w:t>
            </w:r>
          </w:p>
        </w:tc>
        <w:tc>
          <w:tcPr>
            <w:tcW w:type="dxa" w:w="3326"/>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9"/>
              </w:rPr>
              <w:t>住民票</w:t>
            </w:r>
          </w:p>
        </w:tc>
        <w:tc>
          <w:tcPr>
            <w:tcW w:type="dxa" w:w="3326"/>
            <w:vAlign w:val="center"/>
            <w:tcMar>
              <w:top w:w="110" w:type="dxa"/>
              <w:start w:w="120" w:type="dxa"/>
              <w:bottom w:w="110" w:type="dxa"/>
              <w:end w:w="120" w:type="dxa"/>
            </w:tcMar>
          </w:tcPr>
          <w:p>
            <w:pPr>
              <w:spacing w:before="0" w:after="0" w:line="259" w:lineRule="auto"/>
              <w:jc w:val="center"/>
            </w:pPr>
            <w:r/>
            <w:r>
              <w:rPr>
                <w:rFonts w:ascii="Noto Sans JP" w:hAnsi="Noto Sans JP" w:eastAsia="Noto Sans JP"/>
                <w:b w:val="0"/>
                <w:color w:val="000000"/>
                <w:sz w:val="18"/>
              </w:rPr>
              <w:t>□ 同封・添付　□ 後日提出</w:t>
            </w:r>
          </w:p>
        </w:tc>
      </w:tr>
      <w:tr>
        <w:trPr>
          <w:trHeight w:val="480" w:hRule="atLeast"/>
        </w:trPr>
        <w:tc>
          <w:tcPr>
            <w:tcW w:type="dxa" w:w="3326"/>
            <w:vAlign w:val="center"/>
            <w:tcMar>
              <w:top w:w="110" w:type="dxa"/>
              <w:start w:w="120" w:type="dxa"/>
              <w:bottom w:w="110" w:type="dxa"/>
              <w:end w:w="120" w:type="dxa"/>
            </w:tcMar>
            <w:shd w:fill="F3F8FB"/>
          </w:tcPr>
          <w:p>
            <w:pPr>
              <w:spacing w:before="0" w:after="0" w:line="259" w:lineRule="auto"/>
              <w:jc w:val="center"/>
            </w:pPr>
            <w:r/>
            <w:r>
              <w:rPr>
                <w:rFonts w:ascii="Noto Sans JP" w:hAnsi="Noto Sans JP" w:eastAsia="Noto Sans JP"/>
                <w:b w:val="0"/>
                <w:color w:val="000000"/>
                <w:sz w:val="20"/>
              </w:rPr>
              <w:t>6</w:t>
            </w:r>
          </w:p>
        </w:tc>
        <w:tc>
          <w:tcPr>
            <w:tcW w:type="dxa" w:w="3326"/>
            <w:vAlign w:val="center"/>
            <w:tcMar>
              <w:top w:w="110" w:type="dxa"/>
              <w:start w:w="120" w:type="dxa"/>
              <w:bottom w:w="110" w:type="dxa"/>
              <w:end w:w="120" w:type="dxa"/>
            </w:tcMar>
            <w:shd w:fill="F3F8FB"/>
          </w:tcPr>
          <w:p>
            <w:pPr>
              <w:spacing w:before="0" w:after="0" w:line="259" w:lineRule="auto"/>
              <w:jc w:val="left"/>
            </w:pPr>
            <w:r/>
            <w:r>
              <w:rPr>
                <w:rFonts w:ascii="Noto Sans JP" w:hAnsi="Noto Sans JP" w:eastAsia="Noto Sans JP"/>
                <w:b w:val="0"/>
                <w:color w:val="000000"/>
                <w:sz w:val="19"/>
              </w:rPr>
              <w:t>普通自動車運転免許証の写し</w:t>
            </w:r>
          </w:p>
        </w:tc>
        <w:tc>
          <w:tcPr>
            <w:tcW w:type="dxa" w:w="3326"/>
            <w:vAlign w:val="center"/>
            <w:tcMar>
              <w:top w:w="110" w:type="dxa"/>
              <w:start w:w="120" w:type="dxa"/>
              <w:bottom w:w="110" w:type="dxa"/>
              <w:end w:w="120" w:type="dxa"/>
            </w:tcMar>
            <w:shd w:fill="F3F8FB"/>
          </w:tcPr>
          <w:p>
            <w:pPr>
              <w:spacing w:before="0" w:after="0" w:line="259" w:lineRule="auto"/>
              <w:jc w:val="center"/>
            </w:pPr>
            <w:r/>
            <w:r>
              <w:rPr>
                <w:rFonts w:ascii="Noto Sans JP" w:hAnsi="Noto Sans JP" w:eastAsia="Noto Sans JP"/>
                <w:b w:val="0"/>
                <w:color w:val="000000"/>
                <w:sz w:val="18"/>
              </w:rPr>
              <w:t>□ 同封・添付　□ 後日提出</w:t>
            </w:r>
          </w:p>
        </w:tc>
      </w:tr>
      <w:tr>
        <w:trPr>
          <w:trHeight w:val="480" w:hRule="atLeast"/>
        </w:trPr>
        <w:tc>
          <w:tcPr>
            <w:tcW w:type="dxa" w:w="3326"/>
            <w:vAlign w:val="center"/>
            <w:tcMar>
              <w:top w:w="110" w:type="dxa"/>
              <w:start w:w="120" w:type="dxa"/>
              <w:bottom w:w="110" w:type="dxa"/>
              <w:end w:w="120" w:type="dxa"/>
            </w:tcMar>
          </w:tcPr>
          <w:p>
            <w:pPr>
              <w:spacing w:before="0" w:after="0" w:line="259" w:lineRule="auto"/>
              <w:jc w:val="center"/>
            </w:pPr>
            <w:r/>
            <w:r>
              <w:rPr>
                <w:rFonts w:ascii="Noto Sans JP" w:hAnsi="Noto Sans JP" w:eastAsia="Noto Sans JP"/>
                <w:b w:val="0"/>
                <w:color w:val="000000"/>
                <w:sz w:val="20"/>
              </w:rPr>
              <w:t>7</w:t>
            </w:r>
          </w:p>
        </w:tc>
        <w:tc>
          <w:tcPr>
            <w:tcW w:type="dxa" w:w="3326"/>
            <w:vAlign w:val="center"/>
            <w:tcMar>
              <w:top w:w="110" w:type="dxa"/>
              <w:start w:w="120" w:type="dxa"/>
              <w:bottom w:w="110" w:type="dxa"/>
              <w:end w:w="120" w:type="dxa"/>
            </w:tcMar>
          </w:tcPr>
          <w:p>
            <w:pPr>
              <w:spacing w:before="0" w:after="0" w:line="259" w:lineRule="auto"/>
              <w:jc w:val="left"/>
            </w:pPr>
            <w:r/>
            <w:r>
              <w:rPr>
                <w:rFonts w:ascii="Noto Sans JP" w:hAnsi="Noto Sans JP" w:eastAsia="Noto Sans JP"/>
                <w:b w:val="0"/>
                <w:color w:val="000000"/>
                <w:sz w:val="19"/>
              </w:rPr>
              <w:t>その他、北大東村が指定する書類</w:t>
            </w:r>
          </w:p>
        </w:tc>
        <w:tc>
          <w:tcPr>
            <w:tcW w:type="dxa" w:w="3326"/>
            <w:vAlign w:val="center"/>
            <w:tcMar>
              <w:top w:w="110" w:type="dxa"/>
              <w:start w:w="120" w:type="dxa"/>
              <w:bottom w:w="110" w:type="dxa"/>
              <w:end w:w="120" w:type="dxa"/>
            </w:tcMar>
          </w:tcPr>
          <w:p>
            <w:pPr>
              <w:spacing w:before="0" w:after="0" w:line="259" w:lineRule="auto"/>
              <w:jc w:val="center"/>
            </w:pPr>
            <w:r/>
            <w:r>
              <w:rPr>
                <w:rFonts w:ascii="Noto Sans JP" w:hAnsi="Noto Sans JP" w:eastAsia="Noto Sans JP"/>
                <w:b w:val="0"/>
                <w:color w:val="000000"/>
                <w:sz w:val="18"/>
              </w:rPr>
              <w:t>□ 同封・添付　□ 後日提出</w:t>
            </w:r>
          </w:p>
        </w:tc>
      </w:tr>
    </w:tbl>
    <w:p>
      <w:pPr>
        <w:spacing w:before="0" w:after="80" w:line="252" w:lineRule="auto"/>
      </w:pPr>
      <w:r>
        <w:rPr>
          <w:rFonts w:ascii="Noto Sans JP" w:hAnsi="Noto Sans JP" w:eastAsia="Noto Sans JP"/>
          <w:b w:val="0"/>
          <w:color w:val="4A545B"/>
          <w:sz w:val="17"/>
        </w:rPr>
        <w:t>※提出書類は返却しません。応募および選考に伴う郵送料、交通費、宿泊費、通信費等は原則として応募者負担です。</w:t>
      </w:r>
    </w:p>
    <w:p>
      <w:pPr>
        <w:keepNext/>
        <w:spacing w:before="70" w:after="70" w:line="252" w:lineRule="auto"/>
        <w:shd w:fill="DCEAF2"/>
        <w:ind w:left="140" w:right="100"/>
      </w:pPr>
      <w:r>
        <w:rPr>
          <w:rFonts w:ascii="Noto Sans JP" w:hAnsi="Noto Sans JP" w:eastAsia="Noto Sans JP"/>
          <w:b/>
          <w:color w:val="000000"/>
          <w:sz w:val="25"/>
        </w:rPr>
        <w:t>11  個人情報の取扱いと誓約</w:t>
      </w:r>
    </w:p>
    <w:tbl>
      <w:tblPr>
        <w:tblW w:type="auto" w:w="0"/>
        <w:jc w:val="center"/>
        <w:tblLayout w:type="fixed"/>
        <w:tblLook w:firstColumn="1" w:firstRow="1" w:lastColumn="0" w:lastRow="0" w:noHBand="0" w:noVBand="1" w:val="04A0"/>
        <w:tblBorders>
          <w:top w:val="single" w:sz="8" w:space="0" w:color="D9E1E5"/>
          <w:left w:val="single" w:sz="8" w:space="0" w:color="D9E1E5"/>
          <w:bottom w:val="single" w:sz="8" w:space="0" w:color="D9E1E5"/>
          <w:right w:val="single" w:sz="8" w:space="0" w:color="D9E1E5"/>
          <w:insideH w:val="single" w:sz="8" w:space="0" w:color="D9E1E5"/>
          <w:insideV w:val="single" w:sz="8" w:space="0" w:color="D9E1E5"/>
        </w:tblBorders>
      </w:tblPr>
      <w:tblGrid>
        <w:gridCol w:w="9978"/>
      </w:tblGrid>
      <w:tr>
        <w:trPr>
          <w:cantSplit/>
          <w:trHeight w:val="1250" w:hRule="atLeast"/>
        </w:trPr>
        <w:tc>
          <w:tcPr>
            <w:tcW w:type="dxa" w:w="9809"/>
            <w:tcMar>
              <w:top w:w="110" w:type="dxa"/>
              <w:start w:w="120" w:type="dxa"/>
              <w:bottom w:w="110" w:type="dxa"/>
              <w:end w:w="120" w:type="dxa"/>
            </w:tcMar>
          </w:tcPr>
          <w:p>
            <w:pPr>
              <w:spacing w:before="0" w:after="100" w:line="276" w:lineRule="auto"/>
            </w:pPr>
            <w:r/>
            <w:r>
              <w:rPr>
                <w:rFonts w:ascii="Noto Sans JP" w:hAnsi="Noto Sans JP" w:eastAsia="Noto Sans JP"/>
                <w:b w:val="0"/>
                <w:color w:val="000000"/>
                <w:sz w:val="20"/>
              </w:rPr>
              <w:t>□ 私は、令和8・9年度 北大東村地域おこし協力隊募集要項の内容を確認し、これに同意のうえ応募します。</w:t>
            </w:r>
          </w:p>
          <w:p>
            <w:pPr>
              <w:spacing w:before="0" w:after="100" w:line="276" w:lineRule="auto"/>
            </w:pPr>
            <w:r>
              <w:rPr>
                <w:rFonts w:ascii="Noto Sans JP" w:hAnsi="Noto Sans JP" w:eastAsia="Noto Sans JP"/>
                <w:b w:val="0"/>
                <w:color w:val="000000"/>
                <w:sz w:val="20"/>
              </w:rPr>
              <w:t>□ 本申込書および提出書類に記載した内容は事実と相違ありません。記載内容に虚偽が判明した場合、選考または採用が取り消されることがあることを了承します。</w:t>
            </w:r>
          </w:p>
          <w:p>
            <w:pPr>
              <w:spacing w:before="0" w:after="100" w:line="276" w:lineRule="auto"/>
            </w:pPr>
            <w:r>
              <w:rPr>
                <w:rFonts w:ascii="Noto Sans JP" w:hAnsi="Noto Sans JP" w:eastAsia="Noto Sans JP"/>
                <w:b w:val="0"/>
                <w:color w:val="000000"/>
                <w:sz w:val="20"/>
              </w:rPr>
              <w:t>□ 提出した個人情報が、選考および採用手続きに必要な範囲で北大東村および活動受入団体において取り扱われることに同意します。</w:t>
            </w:r>
          </w:p>
        </w:tc>
      </w:tr>
    </w:tbl>
    <w:p>
      <w:pPr>
        <w:spacing w:before="240" w:after="80" w:line="252" w:lineRule="auto"/>
        <w:jc w:val="right"/>
      </w:pPr>
      <w:r>
        <w:rPr>
          <w:rFonts w:ascii="Noto Sans JP" w:hAnsi="Noto Sans JP" w:eastAsia="Noto Sans JP"/>
          <w:b w:val="0"/>
          <w:color w:val="000000"/>
          <w:sz w:val="21"/>
        </w:rPr>
        <w:t>令和　　 年　　 月　　 日</w:t>
      </w:r>
    </w:p>
    <w:p>
      <w:pPr>
        <w:spacing w:before="100" w:after="200" w:line="252" w:lineRule="auto"/>
        <w:jc w:val="right"/>
      </w:pPr>
      <w:r>
        <w:rPr>
          <w:rFonts w:ascii="Noto Sans JP" w:hAnsi="Noto Sans JP" w:eastAsia="Noto Sans JP"/>
          <w:b/>
          <w:color w:val="000000"/>
          <w:sz w:val="22"/>
        </w:rPr>
        <w:t xml:space="preserve">応募者氏名 自署　　　　　　　　　　　　　　　　　</w:t>
      </w:r>
    </w:p>
    <w:p>
      <w:pPr>
        <w:keepNext/>
        <w:spacing w:before="70" w:after="70" w:line="252" w:lineRule="auto"/>
        <w:shd w:fill="DCEAF2"/>
        <w:ind w:left="140" w:right="100"/>
      </w:pPr>
      <w:r>
        <w:rPr>
          <w:rFonts w:ascii="Noto Sans JP" w:hAnsi="Noto Sans JP" w:eastAsia="Noto Sans JP"/>
          <w:b/>
          <w:color w:val="000000"/>
          <w:sz w:val="25"/>
        </w:rPr>
        <w:t>12  応募先</w:t>
      </w:r>
    </w:p>
    <w:tbl>
      <w:tblPr>
        <w:tblW w:type="auto" w:w="0"/>
        <w:jc w:val="center"/>
        <w:tblLayout w:type="fixed"/>
        <w:tblLook w:firstColumn="1" w:firstRow="1" w:lastColumn="0" w:lastRow="0" w:noHBand="0" w:noVBand="1" w:val="04A0"/>
        <w:tblBorders>
          <w:top w:val="single" w:sz="8" w:space="0" w:color="D9E1E5"/>
          <w:left w:val="single" w:sz="8" w:space="0" w:color="D9E1E5"/>
          <w:bottom w:val="single" w:sz="8" w:space="0" w:color="D9E1E5"/>
          <w:right w:val="single" w:sz="8" w:space="0" w:color="D9E1E5"/>
          <w:insideH w:val="single" w:sz="8" w:space="0" w:color="D9E1E5"/>
          <w:insideV w:val="single" w:sz="8" w:space="0" w:color="D9E1E5"/>
        </w:tblBorders>
      </w:tblPr>
      <w:tblGrid>
        <w:gridCol w:w="4989"/>
        <w:gridCol w:w="4989"/>
      </w:tblGrid>
      <w:tr>
        <w:trPr>
          <w:cantSplit/>
          <w:trHeight w:val="900" w:hRule="atLeast"/>
        </w:trPr>
        <w:tc>
          <w:tcPr>
            <w:tcW w:type="dxa" w:w="2268"/>
            <w:tcMar>
              <w:top w:w="110" w:type="dxa"/>
              <w:start w:w="120" w:type="dxa"/>
              <w:bottom w:w="110" w:type="dxa"/>
              <w:end w:w="120" w:type="dxa"/>
            </w:tcMar>
            <w:shd w:fill="DCEAF2"/>
            <w:vAlign w:val="center"/>
          </w:tcPr>
          <w:p>
            <w:pPr>
              <w:spacing w:before="0" w:after="0" w:line="259" w:lineRule="auto"/>
              <w:jc w:val="center"/>
            </w:pPr>
            <w:r/>
            <w:r>
              <w:rPr>
                <w:rFonts w:ascii="Noto Sans JP" w:hAnsi="Noto Sans JP" w:eastAsia="Noto Sans JP"/>
                <w:b/>
                <w:color w:val="1A3444"/>
                <w:sz w:val="19"/>
              </w:rPr>
              <w:t>提出先</w:t>
            </w:r>
          </w:p>
        </w:tc>
        <w:tc>
          <w:tcPr>
            <w:tcW w:type="dxa" w:w="7541"/>
            <w:tcMar>
              <w:top w:w="110" w:type="dxa"/>
              <w:start w:w="120" w:type="dxa"/>
              <w:bottom w:w="110" w:type="dxa"/>
              <w:end w:w="120" w:type="dxa"/>
            </w:tcMar>
            <w:vAlign w:val="center"/>
          </w:tcPr>
          <w:p>
            <w:pPr>
              <w:spacing w:before="0" w:after="0" w:line="259" w:lineRule="auto"/>
              <w:jc w:val="left"/>
            </w:pPr>
            <w:r/>
            <w:r>
              <w:rPr>
                <w:rFonts w:ascii="Noto Sans JP" w:hAnsi="Noto Sans JP" w:eastAsia="Noto Sans JP"/>
                <w:b w:val="0"/>
                <w:color w:val="000000"/>
                <w:sz w:val="19"/>
              </w:rPr>
              <w:t>北大東村役場 経済課  担当 仲本</w:t>
              <w:br/>
              <w:t>〒901-3992 沖縄県島尻郡北大東村字中野218番地</w:t>
              <w:br/>
              <w:t>電話 09802-3-4033　メール kenshin.n@vill.kitadaito.okinawa.jp</w:t>
            </w:r>
          </w:p>
        </w:tc>
      </w:tr>
    </w:tbl>
    <w:sectPr w:rsidR="00FC693F" w:rsidRPr="0006063C" w:rsidSect="00034616">
      <w:footerReference w:type="default" r:id="rId9"/>
      <w:pgSz w:w="11906" w:h="16838"/>
      <w:pgMar w:top="850" w:right="964" w:bottom="794" w:left="964"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52" w:lineRule="auto"/>
      <w:jc w:val="center"/>
    </w:pPr>
    <w:r>
      <w:rPr>
        <w:rFonts w:ascii="Noto Sans JP" w:hAnsi="Noto Sans JP" w:eastAsia="Noto Sans JP"/>
        <w:b w:val="0"/>
        <w:color w:val="6B747A"/>
        <w:sz w:val="16"/>
      </w:rPr>
      <w:t xml:space="preserve">北大東村地域おこし協力隊応募申込書   </w:t>
    </w:r>
    <w:r>
      <w:rPr>
        <w:rFonts w:ascii="Noto Sans JP" w:hAnsi="Noto Sans JP" w:eastAsia="Noto Sans JP"/>
        <w:b w:val="0"/>
        <w:color w:val="6B747A"/>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2" w:lineRule="auto"/>
    </w:pPr>
    <w:rPr>
      <w:rFonts w:ascii="Noto Sans JP" w:hAnsi="Noto Sans JP" w:eastAsia="Noto Sans JP"/>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Noto Sans JP" w:hAnsi="Noto Sans JP" w:eastAsia="Noto Sans JP"/>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北大東村地域おこし協力隊応募申込書</dc:title>
  <dc:subject>令和8・9年度 北大東村地域おこし協力隊募集</dc:subject>
  <dc:creator>北大東村</dc:creator>
  <cp:keywords>北大東村, 地域おこし協力隊, 応募申込書</cp:keywords>
  <dc:description>generated by python-docx</dc:description>
  <cp:lastModifiedBy/>
  <cp:revision>1</cp:revision>
  <dcterms:created xsi:type="dcterms:W3CDTF">2013-12-23T23:15:00Z</dcterms:created>
  <dcterms:modified xsi:type="dcterms:W3CDTF">2013-12-23T23:15:00Z</dcterms:modified>
  <cp:category/>
</cp:coreProperties>
</file>